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55B05" w14:textId="77777777" w:rsidR="0033539E" w:rsidRPr="004C65BA" w:rsidRDefault="009518D8" w:rsidP="004C65BA">
      <w:pPr>
        <w:spacing w:before="400" w:after="80"/>
        <w:jc w:val="center"/>
        <w:rPr>
          <w:rFonts w:ascii="Open Sans" w:hAnsi="Open Sans"/>
          <w:color w:val="002F54"/>
          <w:lang w:val="nl-NL"/>
        </w:rPr>
      </w:pPr>
      <w:r w:rsidRPr="004C65BA">
        <w:rPr>
          <w:rFonts w:ascii="Open Sans" w:hAnsi="Open Sans"/>
          <w:b/>
          <w:color w:val="002F54"/>
          <w:sz w:val="60"/>
          <w:lang w:val="nl-NL"/>
        </w:rPr>
        <w:t>MCXess</w:t>
      </w:r>
    </w:p>
    <w:p w14:paraId="6501904D" w14:textId="77777777" w:rsidR="0033539E" w:rsidRPr="004C65BA" w:rsidRDefault="009518D8" w:rsidP="004C65BA">
      <w:pPr>
        <w:pBdr>
          <w:bottom w:val="single" w:sz="12" w:space="4" w:color="F59A3A"/>
        </w:pBdr>
        <w:jc w:val="center"/>
        <w:rPr>
          <w:rFonts w:ascii="Open Sans" w:hAnsi="Open Sans"/>
          <w:color w:val="002F54"/>
          <w:lang w:val="nl-NL"/>
        </w:rPr>
      </w:pPr>
      <w:r w:rsidRPr="004C65BA">
        <w:rPr>
          <w:rFonts w:ascii="Open Sans" w:hAnsi="Open Sans"/>
          <w:b/>
          <w:color w:val="002F54"/>
          <w:sz w:val="44"/>
          <w:lang w:val="nl-NL"/>
        </w:rPr>
        <w:t xml:space="preserve">Handleiding voor SSO, </w:t>
      </w:r>
      <w:proofErr w:type="spellStart"/>
      <w:r w:rsidRPr="004C65BA">
        <w:rPr>
          <w:rFonts w:ascii="Open Sans" w:hAnsi="Open Sans"/>
          <w:b/>
          <w:color w:val="002F54"/>
          <w:sz w:val="44"/>
          <w:lang w:val="nl-NL"/>
        </w:rPr>
        <w:t>tweestapsverificatie</w:t>
      </w:r>
      <w:proofErr w:type="spellEnd"/>
      <w:r w:rsidRPr="004C65BA">
        <w:rPr>
          <w:rFonts w:ascii="Open Sans" w:hAnsi="Open Sans"/>
          <w:b/>
          <w:color w:val="002F54"/>
          <w:sz w:val="44"/>
          <w:lang w:val="nl-NL"/>
        </w:rPr>
        <w:t xml:space="preserve"> en accountinstellingen</w:t>
      </w:r>
    </w:p>
    <w:p w14:paraId="0809D0BD" w14:textId="77777777" w:rsidR="0033539E" w:rsidRPr="004C65BA" w:rsidRDefault="009518D8" w:rsidP="004C65BA">
      <w:pPr>
        <w:spacing w:before="160" w:after="240" w:line="360" w:lineRule="auto"/>
        <w:jc w:val="center"/>
        <w:rPr>
          <w:rFonts w:ascii="Open Sans" w:hAnsi="Open Sans"/>
          <w:color w:val="002F54"/>
          <w:lang w:val="nl-NL"/>
        </w:rPr>
      </w:pPr>
      <w:r w:rsidRPr="004C65BA">
        <w:rPr>
          <w:rFonts w:ascii="Open Sans" w:hAnsi="Open Sans"/>
          <w:color w:val="002F54"/>
          <w:sz w:val="24"/>
          <w:lang w:val="nl-NL"/>
        </w:rPr>
        <w:t>Voor klanten die veilig en eenvoudig willen inloggen op het MCXess-platform.</w:t>
      </w:r>
    </w:p>
    <w:p w14:paraId="7B999250" w14:textId="77777777" w:rsidR="0033539E" w:rsidRPr="004C65BA" w:rsidRDefault="009518D8">
      <w:pPr>
        <w:spacing w:before="40" w:after="160"/>
        <w:jc w:val="center"/>
        <w:rPr>
          <w:rFonts w:ascii="Open Sans" w:hAnsi="Open Sans"/>
          <w:color w:val="002F54"/>
        </w:rPr>
      </w:pPr>
      <w:r w:rsidRPr="004C65BA">
        <w:rPr>
          <w:rFonts w:ascii="Open Sans" w:hAnsi="Open Sans"/>
          <w:noProof/>
          <w:color w:val="002F54"/>
        </w:rPr>
        <w:drawing>
          <wp:inline distT="0" distB="0" distL="0" distR="0" wp14:anchorId="5D227337" wp14:editId="0DAAFFF1">
            <wp:extent cx="2979845" cy="42976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79845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33539E" w:rsidRPr="004C65BA" w14:paraId="00592D02" w14:textId="77777777" w:rsidTr="004C65BA">
        <w:trPr>
          <w:jc w:val="center"/>
        </w:trPr>
        <w:tc>
          <w:tcPr>
            <w:tcW w:w="1036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D8EF4FB" w14:textId="77777777" w:rsidR="0033539E" w:rsidRPr="004C65BA" w:rsidRDefault="009518D8">
            <w:pPr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b/>
                <w:color w:val="002F54"/>
                <w:lang w:val="nl-NL"/>
              </w:rPr>
              <w:t xml:space="preserve">Belangrijk:  </w:t>
            </w:r>
            <w:r w:rsidRPr="004C65BA">
              <w:rPr>
                <w:rFonts w:ascii="Open Sans" w:hAnsi="Open Sans"/>
                <w:color w:val="002F54"/>
                <w:lang w:val="nl-NL"/>
              </w:rPr>
              <w:t>Gebruik altijd uw volledige zakelijke e-mailadres. Deel uw wachtwoord, QR-code of verificatiecode nooit met anderen.</w:t>
            </w:r>
          </w:p>
        </w:tc>
      </w:tr>
    </w:tbl>
    <w:p w14:paraId="782067CF" w14:textId="77777777" w:rsidR="0033539E" w:rsidRPr="004C65BA" w:rsidRDefault="0033539E">
      <w:pPr>
        <w:spacing w:after="0"/>
        <w:rPr>
          <w:rFonts w:ascii="Open Sans" w:hAnsi="Open Sans"/>
          <w:color w:val="002F54"/>
          <w:lang w:val="nl-NL"/>
        </w:rPr>
      </w:pPr>
    </w:p>
    <w:p w14:paraId="0E3B7859" w14:textId="77777777" w:rsidR="0033539E" w:rsidRPr="004C65BA" w:rsidRDefault="009518D8">
      <w:pPr>
        <w:rPr>
          <w:rFonts w:ascii="Open Sans" w:hAnsi="Open Sans"/>
          <w:color w:val="002F54"/>
          <w:lang w:val="nl-NL"/>
        </w:rPr>
      </w:pPr>
      <w:r w:rsidRPr="004C65BA">
        <w:rPr>
          <w:rFonts w:ascii="Open Sans" w:hAnsi="Open Sans"/>
          <w:color w:val="002F54"/>
          <w:lang w:val="nl-NL"/>
        </w:rPr>
        <w:br w:type="page"/>
      </w:r>
    </w:p>
    <w:p w14:paraId="1A84B1D8" w14:textId="77777777" w:rsidR="0033539E" w:rsidRPr="004C65BA" w:rsidRDefault="009518D8">
      <w:pPr>
        <w:pStyle w:val="Kop1"/>
        <w:pBdr>
          <w:bottom w:val="single" w:sz="12" w:space="4" w:color="F59A3A"/>
        </w:pBdr>
        <w:spacing w:after="80"/>
        <w:rPr>
          <w:rFonts w:ascii="Open Sans" w:hAnsi="Open Sans"/>
          <w:color w:val="002F54"/>
          <w:lang w:val="nl-NL"/>
        </w:rPr>
      </w:pPr>
      <w:r w:rsidRPr="004C65BA">
        <w:rPr>
          <w:rFonts w:ascii="Open Sans" w:hAnsi="Open Sans"/>
          <w:color w:val="002F54"/>
          <w:lang w:val="nl-NL"/>
        </w:rPr>
        <w:lastRenderedPageBreak/>
        <w:t xml:space="preserve">1. Inloggen en Single </w:t>
      </w:r>
      <w:proofErr w:type="spellStart"/>
      <w:r w:rsidRPr="004C65BA">
        <w:rPr>
          <w:rFonts w:ascii="Open Sans" w:hAnsi="Open Sans"/>
          <w:color w:val="002F54"/>
          <w:lang w:val="nl-NL"/>
        </w:rPr>
        <w:t>Sign</w:t>
      </w:r>
      <w:proofErr w:type="spellEnd"/>
      <w:r w:rsidRPr="004C65BA">
        <w:rPr>
          <w:rFonts w:ascii="Open Sans" w:hAnsi="Open Sans"/>
          <w:color w:val="002F54"/>
          <w:lang w:val="nl-NL"/>
        </w:rPr>
        <w:t>-On (SSO)</w:t>
      </w:r>
    </w:p>
    <w:p w14:paraId="6FA77831" w14:textId="77777777" w:rsidR="0033539E" w:rsidRPr="004C65BA" w:rsidRDefault="009518D8">
      <w:pPr>
        <w:spacing w:after="160"/>
        <w:rPr>
          <w:rFonts w:ascii="Open Sans" w:hAnsi="Open Sans"/>
          <w:color w:val="002F54"/>
          <w:lang w:val="nl-NL"/>
        </w:rPr>
      </w:pPr>
      <w:r w:rsidRPr="004C65BA">
        <w:rPr>
          <w:rFonts w:ascii="Open Sans" w:hAnsi="Open Sans"/>
          <w:color w:val="002F54"/>
          <w:lang w:val="nl-NL"/>
        </w:rPr>
        <w:t>U kunt inloggen met uw MCXess-wachtwoord of met een gekoppeld Google- of Microsoft-account.</w:t>
      </w:r>
    </w:p>
    <w:p w14:paraId="06BAF002" w14:textId="77777777" w:rsidR="0033539E" w:rsidRPr="004C65BA" w:rsidRDefault="009518D8">
      <w:pPr>
        <w:spacing w:before="40" w:after="160"/>
        <w:jc w:val="center"/>
        <w:rPr>
          <w:rFonts w:ascii="Open Sans" w:hAnsi="Open Sans"/>
          <w:color w:val="002F54"/>
        </w:rPr>
      </w:pPr>
      <w:r w:rsidRPr="004C65BA">
        <w:rPr>
          <w:rFonts w:ascii="Open Sans" w:hAnsi="Open Sans"/>
          <w:noProof/>
          <w:color w:val="002F54"/>
        </w:rPr>
        <w:drawing>
          <wp:inline distT="0" distB="0" distL="0" distR="0" wp14:anchorId="74298243" wp14:editId="777729A4">
            <wp:extent cx="3550454" cy="51206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0454" cy="512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0"/>
        <w:gridCol w:w="9448"/>
      </w:tblGrid>
      <w:tr w:rsidR="0033539E" w:rsidRPr="004C65BA" w14:paraId="2CCBA405" w14:textId="77777777" w:rsidTr="004C65BA">
        <w:trPr>
          <w:jc w:val="center"/>
        </w:trPr>
        <w:tc>
          <w:tcPr>
            <w:tcW w:w="920" w:type="dxa"/>
            <w:shd w:val="clear" w:color="FF9E4E" w:fill="FF9E4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4C96281C" w14:textId="77777777" w:rsidR="0033539E" w:rsidRPr="004C65BA" w:rsidRDefault="009518D8" w:rsidP="004C65BA">
            <w:pPr>
              <w:jc w:val="center"/>
              <w:rPr>
                <w:rFonts w:ascii="Open Sans" w:hAnsi="Open Sans"/>
              </w:rPr>
            </w:pPr>
            <w:r w:rsidRPr="004C65BA">
              <w:rPr>
                <w:rFonts w:ascii="Open Sans" w:hAnsi="Open Sans"/>
                <w:b/>
                <w:color w:val="FFFFFF"/>
              </w:rPr>
              <w:t>1</w:t>
            </w:r>
          </w:p>
        </w:tc>
        <w:tc>
          <w:tcPr>
            <w:tcW w:w="944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378D9A88" w14:textId="77777777" w:rsidR="0033539E" w:rsidRPr="004C65BA" w:rsidRDefault="009518D8">
            <w:pPr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b/>
                <w:color w:val="002F54"/>
                <w:sz w:val="26"/>
                <w:lang w:val="nl-NL"/>
              </w:rPr>
              <w:t>Kies uw inlogmethode</w:t>
            </w:r>
          </w:p>
          <w:p w14:paraId="4E6E1D83" w14:textId="77777777" w:rsidR="0033539E" w:rsidRPr="004C65BA" w:rsidRDefault="009518D8">
            <w:pPr>
              <w:spacing w:after="40"/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color w:val="002F54"/>
                <w:lang w:val="nl-NL"/>
              </w:rPr>
              <w:t>Gebruik één van de volgende mogelijkheden:</w:t>
            </w:r>
          </w:p>
          <w:p w14:paraId="716EF6B7" w14:textId="77777777" w:rsidR="0033539E" w:rsidRPr="004C65BA" w:rsidRDefault="009518D8" w:rsidP="00D22A29">
            <w:pPr>
              <w:pStyle w:val="Lijstopsomteken"/>
              <w:spacing w:after="40"/>
              <w:ind w:left="280" w:hanging="280"/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color w:val="002F54"/>
                <w:sz w:val="20"/>
                <w:lang w:val="nl-NL"/>
              </w:rPr>
              <w:t>Normaal inloggen: vul uw volledige e-mailadres en MCXess-wachtwoord in en klik op Login.</w:t>
            </w:r>
          </w:p>
          <w:p w14:paraId="48FBB94D" w14:textId="77777777" w:rsidR="0033539E" w:rsidRPr="004C65BA" w:rsidRDefault="009518D8" w:rsidP="00D22A29">
            <w:pPr>
              <w:pStyle w:val="Lijstopsomteken"/>
              <w:spacing w:after="40"/>
              <w:ind w:left="280" w:hanging="280"/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color w:val="002F54"/>
                <w:sz w:val="20"/>
                <w:lang w:val="nl-NL"/>
              </w:rPr>
              <w:t xml:space="preserve">SSO met Google: klik op </w:t>
            </w:r>
            <w:proofErr w:type="spellStart"/>
            <w:r w:rsidRPr="004C65BA">
              <w:rPr>
                <w:rFonts w:ascii="Open Sans" w:hAnsi="Open Sans"/>
                <w:color w:val="002F54"/>
                <w:sz w:val="20"/>
                <w:lang w:val="nl-NL"/>
              </w:rPr>
              <w:t>Sign</w:t>
            </w:r>
            <w:proofErr w:type="spellEnd"/>
            <w:r w:rsidRPr="004C65BA">
              <w:rPr>
                <w:rFonts w:ascii="Open Sans" w:hAnsi="Open Sans"/>
                <w:color w:val="002F54"/>
                <w:sz w:val="20"/>
                <w:lang w:val="nl-NL"/>
              </w:rPr>
              <w:t xml:space="preserve"> in </w:t>
            </w:r>
            <w:proofErr w:type="spellStart"/>
            <w:r w:rsidRPr="004C65BA">
              <w:rPr>
                <w:rFonts w:ascii="Open Sans" w:hAnsi="Open Sans"/>
                <w:color w:val="002F54"/>
                <w:sz w:val="20"/>
                <w:lang w:val="nl-NL"/>
              </w:rPr>
              <w:t>with</w:t>
            </w:r>
            <w:proofErr w:type="spellEnd"/>
            <w:r w:rsidRPr="004C65BA">
              <w:rPr>
                <w:rFonts w:ascii="Open Sans" w:hAnsi="Open Sans"/>
                <w:color w:val="002F54"/>
                <w:sz w:val="20"/>
                <w:lang w:val="nl-NL"/>
              </w:rPr>
              <w:t xml:space="preserve"> Google.</w:t>
            </w:r>
          </w:p>
          <w:p w14:paraId="7C008B52" w14:textId="77777777" w:rsidR="0033539E" w:rsidRPr="004C65BA" w:rsidRDefault="009518D8" w:rsidP="00D22A29">
            <w:pPr>
              <w:pStyle w:val="Lijstopsomteken"/>
              <w:spacing w:after="40"/>
              <w:ind w:left="280" w:hanging="280"/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color w:val="002F54"/>
                <w:sz w:val="20"/>
                <w:lang w:val="nl-NL"/>
              </w:rPr>
              <w:t xml:space="preserve">SSO met Microsoft: klik op </w:t>
            </w:r>
            <w:proofErr w:type="spellStart"/>
            <w:r w:rsidRPr="004C65BA">
              <w:rPr>
                <w:rFonts w:ascii="Open Sans" w:hAnsi="Open Sans"/>
                <w:color w:val="002F54"/>
                <w:sz w:val="20"/>
                <w:lang w:val="nl-NL"/>
              </w:rPr>
              <w:t>Sign</w:t>
            </w:r>
            <w:proofErr w:type="spellEnd"/>
            <w:r w:rsidRPr="004C65BA">
              <w:rPr>
                <w:rFonts w:ascii="Open Sans" w:hAnsi="Open Sans"/>
                <w:color w:val="002F54"/>
                <w:sz w:val="20"/>
                <w:lang w:val="nl-NL"/>
              </w:rPr>
              <w:t xml:space="preserve"> in </w:t>
            </w:r>
            <w:proofErr w:type="spellStart"/>
            <w:r w:rsidRPr="004C65BA">
              <w:rPr>
                <w:rFonts w:ascii="Open Sans" w:hAnsi="Open Sans"/>
                <w:color w:val="002F54"/>
                <w:sz w:val="20"/>
                <w:lang w:val="nl-NL"/>
              </w:rPr>
              <w:t>with</w:t>
            </w:r>
            <w:proofErr w:type="spellEnd"/>
            <w:r w:rsidRPr="004C65BA">
              <w:rPr>
                <w:rFonts w:ascii="Open Sans" w:hAnsi="Open Sans"/>
                <w:color w:val="002F54"/>
                <w:sz w:val="20"/>
                <w:lang w:val="nl-NL"/>
              </w:rPr>
              <w:t xml:space="preserve"> Microsoft.</w:t>
            </w:r>
          </w:p>
          <w:p w14:paraId="3BEDCC83" w14:textId="77777777" w:rsidR="0033539E" w:rsidRPr="004C65BA" w:rsidRDefault="009518D8">
            <w:pPr>
              <w:spacing w:before="80"/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i/>
                <w:color w:val="002F54"/>
                <w:sz w:val="19"/>
                <w:lang w:val="nl-NL"/>
              </w:rPr>
              <w:t>SSO werkt pas nadat het betreffende Google- of Microsoft-account via het tabblad Security aan uw MCXess-account is gekoppeld.</w:t>
            </w:r>
          </w:p>
        </w:tc>
      </w:tr>
    </w:tbl>
    <w:p w14:paraId="1B6012E9" w14:textId="77777777" w:rsidR="0033539E" w:rsidRPr="004C65BA" w:rsidRDefault="0033539E">
      <w:pPr>
        <w:spacing w:after="0"/>
        <w:rPr>
          <w:rFonts w:ascii="Open Sans" w:hAnsi="Open Sans"/>
          <w:color w:val="002F54"/>
          <w:lang w:val="nl-NL"/>
        </w:rPr>
      </w:pPr>
    </w:p>
    <w:p w14:paraId="4FC225DF" w14:textId="77777777" w:rsidR="0033539E" w:rsidRPr="004C65BA" w:rsidRDefault="009518D8">
      <w:pPr>
        <w:rPr>
          <w:rFonts w:ascii="Open Sans" w:hAnsi="Open Sans"/>
          <w:color w:val="002F54"/>
          <w:lang w:val="nl-NL"/>
        </w:rPr>
      </w:pPr>
      <w:r w:rsidRPr="004C65BA">
        <w:rPr>
          <w:rFonts w:ascii="Open Sans" w:hAnsi="Open Sans"/>
          <w:color w:val="002F54"/>
          <w:lang w:val="nl-NL"/>
        </w:rPr>
        <w:br w:type="page"/>
      </w:r>
    </w:p>
    <w:p w14:paraId="6633C2D0" w14:textId="77777777" w:rsidR="0033539E" w:rsidRPr="004C65BA" w:rsidRDefault="009518D8">
      <w:pPr>
        <w:pStyle w:val="Kop1"/>
        <w:pBdr>
          <w:bottom w:val="single" w:sz="12" w:space="4" w:color="F59A3A"/>
        </w:pBdr>
        <w:spacing w:after="80"/>
        <w:rPr>
          <w:rFonts w:ascii="Open Sans" w:hAnsi="Open Sans"/>
          <w:color w:val="002F54"/>
          <w:lang w:val="nl-NL"/>
        </w:rPr>
      </w:pPr>
      <w:r w:rsidRPr="004C65BA">
        <w:rPr>
          <w:rFonts w:ascii="Open Sans" w:hAnsi="Open Sans"/>
          <w:color w:val="002F54"/>
          <w:lang w:val="nl-NL"/>
        </w:rPr>
        <w:lastRenderedPageBreak/>
        <w:t>2. Wachtwoord herstellen</w:t>
      </w:r>
    </w:p>
    <w:p w14:paraId="6AC5877E" w14:textId="77777777" w:rsidR="0033539E" w:rsidRPr="004C65BA" w:rsidRDefault="009518D8">
      <w:pPr>
        <w:spacing w:after="160"/>
        <w:rPr>
          <w:rFonts w:ascii="Open Sans" w:hAnsi="Open Sans"/>
          <w:color w:val="002F54"/>
          <w:lang w:val="nl-NL"/>
        </w:rPr>
      </w:pPr>
      <w:r w:rsidRPr="004C65BA">
        <w:rPr>
          <w:rFonts w:ascii="Open Sans" w:hAnsi="Open Sans"/>
          <w:color w:val="002F54"/>
          <w:lang w:val="nl-NL"/>
        </w:rPr>
        <w:t>Volg deze stappen wanneer u uw MCXess-wachtwoord bent vergeten.</w:t>
      </w:r>
    </w:p>
    <w:p w14:paraId="36EBD620" w14:textId="77777777" w:rsidR="0033539E" w:rsidRPr="004C65BA" w:rsidRDefault="009518D8">
      <w:pPr>
        <w:spacing w:before="40" w:after="160"/>
        <w:jc w:val="center"/>
        <w:rPr>
          <w:rFonts w:ascii="Open Sans" w:hAnsi="Open Sans"/>
          <w:color w:val="002F54"/>
        </w:rPr>
      </w:pPr>
      <w:r w:rsidRPr="004C65BA">
        <w:rPr>
          <w:rFonts w:ascii="Open Sans" w:hAnsi="Open Sans"/>
          <w:noProof/>
          <w:color w:val="002F54"/>
        </w:rPr>
        <w:drawing>
          <wp:inline distT="0" distB="0" distL="0" distR="0" wp14:anchorId="31856899" wp14:editId="660A7E56">
            <wp:extent cx="3413512" cy="4572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13512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0"/>
        <w:gridCol w:w="9448"/>
      </w:tblGrid>
      <w:tr w:rsidR="0033539E" w:rsidRPr="004C65BA" w14:paraId="108165BD" w14:textId="77777777" w:rsidTr="004C65BA">
        <w:trPr>
          <w:jc w:val="center"/>
        </w:trPr>
        <w:tc>
          <w:tcPr>
            <w:tcW w:w="920" w:type="dxa"/>
            <w:shd w:val="clear" w:color="FF9E4E" w:fill="FF9E4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10824C17" w14:textId="77777777" w:rsidR="0033539E" w:rsidRPr="004C65BA" w:rsidRDefault="009518D8" w:rsidP="004C65BA">
            <w:pPr>
              <w:jc w:val="center"/>
              <w:rPr>
                <w:rFonts w:ascii="Open Sans" w:hAnsi="Open Sans"/>
              </w:rPr>
            </w:pPr>
            <w:r w:rsidRPr="004C65BA">
              <w:rPr>
                <w:rFonts w:ascii="Open Sans" w:hAnsi="Open Sans"/>
                <w:b/>
                <w:color w:val="FFFFFF"/>
              </w:rPr>
              <w:t>2</w:t>
            </w:r>
          </w:p>
        </w:tc>
        <w:tc>
          <w:tcPr>
            <w:tcW w:w="944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71ADC640" w14:textId="0F8619E1" w:rsidR="0033539E" w:rsidRPr="004C65BA" w:rsidRDefault="009518D8">
            <w:pPr>
              <w:rPr>
                <w:rFonts w:ascii="Open Sans" w:hAnsi="Open Sans"/>
                <w:color w:val="002F54"/>
              </w:rPr>
            </w:pPr>
            <w:r w:rsidRPr="004C65BA">
              <w:rPr>
                <w:rFonts w:ascii="Open Sans" w:hAnsi="Open Sans"/>
                <w:b/>
                <w:color w:val="002F54"/>
                <w:sz w:val="26"/>
              </w:rPr>
              <w:t xml:space="preserve">Vraag </w:t>
            </w:r>
            <w:proofErr w:type="spellStart"/>
            <w:r w:rsidRPr="004C65BA">
              <w:rPr>
                <w:rFonts w:ascii="Open Sans" w:hAnsi="Open Sans"/>
                <w:b/>
                <w:color w:val="002F54"/>
                <w:sz w:val="26"/>
              </w:rPr>
              <w:t>een</w:t>
            </w:r>
            <w:proofErr w:type="spellEnd"/>
            <w:r w:rsidRPr="004C65BA">
              <w:rPr>
                <w:rFonts w:ascii="Open Sans" w:hAnsi="Open Sans"/>
                <w:b/>
                <w:color w:val="002F54"/>
                <w:sz w:val="26"/>
              </w:rPr>
              <w:t xml:space="preserve"> </w:t>
            </w:r>
            <w:proofErr w:type="spellStart"/>
            <w:r w:rsidR="00F026A2" w:rsidRPr="004C65BA">
              <w:rPr>
                <w:rFonts w:ascii="Open Sans" w:hAnsi="Open Sans"/>
                <w:b/>
                <w:color w:val="002F54"/>
                <w:sz w:val="26"/>
              </w:rPr>
              <w:t>nieuw</w:t>
            </w:r>
            <w:proofErr w:type="spellEnd"/>
            <w:r w:rsidR="00F026A2" w:rsidRPr="004C65BA">
              <w:rPr>
                <w:rFonts w:ascii="Open Sans" w:hAnsi="Open Sans"/>
                <w:b/>
                <w:color w:val="002F54"/>
                <w:sz w:val="26"/>
              </w:rPr>
              <w:t xml:space="preserve"> </w:t>
            </w:r>
            <w:proofErr w:type="spellStart"/>
            <w:r w:rsidR="00F026A2" w:rsidRPr="004C65BA">
              <w:rPr>
                <w:rFonts w:ascii="Open Sans" w:hAnsi="Open Sans"/>
                <w:b/>
                <w:color w:val="002F54"/>
                <w:sz w:val="26"/>
              </w:rPr>
              <w:t>wachtwoord</w:t>
            </w:r>
            <w:proofErr w:type="spellEnd"/>
            <w:r w:rsidRPr="004C65BA">
              <w:rPr>
                <w:rFonts w:ascii="Open Sans" w:hAnsi="Open Sans"/>
                <w:b/>
                <w:color w:val="002F54"/>
                <w:sz w:val="26"/>
              </w:rPr>
              <w:t xml:space="preserve"> </w:t>
            </w:r>
            <w:proofErr w:type="spellStart"/>
            <w:r w:rsidRPr="004C65BA">
              <w:rPr>
                <w:rFonts w:ascii="Open Sans" w:hAnsi="Open Sans"/>
                <w:b/>
                <w:color w:val="002F54"/>
                <w:sz w:val="26"/>
              </w:rPr>
              <w:t>aan</w:t>
            </w:r>
            <w:proofErr w:type="spellEnd"/>
          </w:p>
          <w:p w14:paraId="329B726C" w14:textId="77777777" w:rsidR="0033539E" w:rsidRPr="004C65BA" w:rsidRDefault="009518D8">
            <w:pPr>
              <w:spacing w:after="40"/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color w:val="002F54"/>
                <w:lang w:val="nl-NL"/>
              </w:rPr>
              <w:t xml:space="preserve">Klik op het inlogscherm op Click here bij </w:t>
            </w:r>
            <w:proofErr w:type="spellStart"/>
            <w:r w:rsidRPr="004C65BA">
              <w:rPr>
                <w:rFonts w:ascii="Open Sans" w:hAnsi="Open Sans"/>
                <w:color w:val="002F54"/>
                <w:lang w:val="nl-NL"/>
              </w:rPr>
              <w:t>Forgot</w:t>
            </w:r>
            <w:proofErr w:type="spellEnd"/>
            <w:r w:rsidRPr="004C65BA">
              <w:rPr>
                <w:rFonts w:ascii="Open Sans" w:hAnsi="Open Sans"/>
                <w:color w:val="002F54"/>
                <w:lang w:val="nl-NL"/>
              </w:rPr>
              <w:t xml:space="preserve"> </w:t>
            </w:r>
            <w:proofErr w:type="spellStart"/>
            <w:r w:rsidRPr="004C65BA">
              <w:rPr>
                <w:rFonts w:ascii="Open Sans" w:hAnsi="Open Sans"/>
                <w:color w:val="002F54"/>
                <w:lang w:val="nl-NL"/>
              </w:rPr>
              <w:t>your</w:t>
            </w:r>
            <w:proofErr w:type="spellEnd"/>
            <w:r w:rsidRPr="004C65BA">
              <w:rPr>
                <w:rFonts w:ascii="Open Sans" w:hAnsi="Open Sans"/>
                <w:color w:val="002F54"/>
                <w:lang w:val="nl-NL"/>
              </w:rPr>
              <w:t xml:space="preserve"> </w:t>
            </w:r>
            <w:proofErr w:type="gramStart"/>
            <w:r w:rsidRPr="004C65BA">
              <w:rPr>
                <w:rFonts w:ascii="Open Sans" w:hAnsi="Open Sans"/>
                <w:color w:val="002F54"/>
                <w:lang w:val="nl-NL"/>
              </w:rPr>
              <w:t>password?.</w:t>
            </w:r>
            <w:proofErr w:type="gramEnd"/>
            <w:r w:rsidRPr="004C65BA">
              <w:rPr>
                <w:rFonts w:ascii="Open Sans" w:hAnsi="Open Sans"/>
                <w:color w:val="002F54"/>
                <w:lang w:val="nl-NL"/>
              </w:rPr>
              <w:t xml:space="preserve"> Vul daarna uw volledige e-mailadres in en klik op </w:t>
            </w:r>
            <w:proofErr w:type="spellStart"/>
            <w:r w:rsidRPr="004C65BA">
              <w:rPr>
                <w:rFonts w:ascii="Open Sans" w:hAnsi="Open Sans"/>
                <w:color w:val="002F54"/>
                <w:lang w:val="nl-NL"/>
              </w:rPr>
              <w:t>Submit</w:t>
            </w:r>
            <w:proofErr w:type="spellEnd"/>
            <w:r w:rsidRPr="004C65BA">
              <w:rPr>
                <w:rFonts w:ascii="Open Sans" w:hAnsi="Open Sans"/>
                <w:color w:val="002F54"/>
                <w:lang w:val="nl-NL"/>
              </w:rPr>
              <w:t>.</w:t>
            </w:r>
          </w:p>
        </w:tc>
      </w:tr>
    </w:tbl>
    <w:p w14:paraId="4F28C898" w14:textId="77777777" w:rsidR="0033539E" w:rsidRPr="004C65BA" w:rsidRDefault="0033539E">
      <w:pPr>
        <w:spacing w:after="0"/>
        <w:rPr>
          <w:rFonts w:ascii="Open Sans" w:hAnsi="Open Sans"/>
          <w:color w:val="002F54"/>
          <w:lang w:val="nl-NL"/>
        </w:rPr>
      </w:pPr>
    </w:p>
    <w:p w14:paraId="6AA44D40" w14:textId="77777777" w:rsidR="0033539E" w:rsidRPr="004C65BA" w:rsidRDefault="009518D8">
      <w:pPr>
        <w:spacing w:before="40" w:after="160"/>
        <w:jc w:val="center"/>
        <w:rPr>
          <w:rFonts w:ascii="Open Sans" w:hAnsi="Open Sans"/>
          <w:color w:val="002F54"/>
        </w:rPr>
      </w:pPr>
      <w:r w:rsidRPr="004C65BA">
        <w:rPr>
          <w:rFonts w:ascii="Open Sans" w:hAnsi="Open Sans"/>
          <w:noProof/>
          <w:color w:val="002F54"/>
        </w:rPr>
        <w:lastRenderedPageBreak/>
        <w:drawing>
          <wp:inline distT="0" distB="0" distL="0" distR="0" wp14:anchorId="3B9D9165" wp14:editId="26DF959A">
            <wp:extent cx="3721699" cy="4572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21699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0"/>
        <w:gridCol w:w="9448"/>
      </w:tblGrid>
      <w:tr w:rsidR="0033539E" w14:paraId="0AAB3EA8" w14:textId="77777777" w:rsidTr="004C65BA">
        <w:trPr>
          <w:jc w:val="center"/>
        </w:trPr>
        <w:tc>
          <w:tcPr>
            <w:tcW w:w="920" w:type="dxa"/>
            <w:shd w:val="clear" w:color="FF9E4E" w:fill="FF9E4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3C348EE1" w14:textId="77777777" w:rsidR="0033539E" w:rsidRPr="004C65BA" w:rsidRDefault="009518D8" w:rsidP="004C65BA">
            <w:pPr>
              <w:jc w:val="center"/>
              <w:rPr>
                <w:rFonts w:ascii="Open Sans" w:hAnsi="Open Sans"/>
              </w:rPr>
            </w:pPr>
            <w:r w:rsidRPr="004C65BA">
              <w:rPr>
                <w:rFonts w:ascii="Open Sans" w:hAnsi="Open Sans"/>
                <w:b/>
                <w:color w:val="FFFFFF"/>
              </w:rPr>
              <w:t>3</w:t>
            </w:r>
          </w:p>
        </w:tc>
        <w:tc>
          <w:tcPr>
            <w:tcW w:w="944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475A2687" w14:textId="77777777" w:rsidR="0033539E" w:rsidRPr="004C65BA" w:rsidRDefault="009518D8">
            <w:pPr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b/>
                <w:color w:val="002F54"/>
                <w:sz w:val="26"/>
                <w:lang w:val="nl-NL"/>
              </w:rPr>
              <w:t>Open de unieke herstellink</w:t>
            </w:r>
          </w:p>
          <w:p w14:paraId="6884EC3F" w14:textId="77777777" w:rsidR="0033539E" w:rsidRPr="004C65BA" w:rsidRDefault="009518D8">
            <w:pPr>
              <w:spacing w:after="40"/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color w:val="002F54"/>
                <w:lang w:val="nl-NL"/>
              </w:rPr>
              <w:t>U ontvangt een e-mail met een persoonlijke, eenmalige URL. Open deze link en vul een nieuw wachtwoord tweemaal identiek in.</w:t>
            </w:r>
          </w:p>
          <w:p w14:paraId="4E68199B" w14:textId="77777777" w:rsidR="0033539E" w:rsidRPr="004C65BA" w:rsidRDefault="009518D8">
            <w:pPr>
              <w:spacing w:before="80"/>
              <w:rPr>
                <w:rFonts w:ascii="Open Sans" w:hAnsi="Open Sans"/>
                <w:color w:val="002F54"/>
              </w:rPr>
            </w:pPr>
            <w:r w:rsidRPr="004C65BA">
              <w:rPr>
                <w:rFonts w:ascii="Open Sans" w:hAnsi="Open Sans"/>
                <w:i/>
                <w:color w:val="002F54"/>
                <w:sz w:val="19"/>
                <w:lang w:val="nl-NL"/>
              </w:rPr>
              <w:t xml:space="preserve">Geen e-mail ontvangen? Controleer ook de map Ongewenste e-mail of Spam. </w:t>
            </w:r>
            <w:r w:rsidRPr="004C65BA">
              <w:rPr>
                <w:rFonts w:ascii="Open Sans" w:hAnsi="Open Sans"/>
                <w:i/>
                <w:color w:val="002F54"/>
                <w:sz w:val="19"/>
              </w:rPr>
              <w:t xml:space="preserve">Vraag pas </w:t>
            </w:r>
            <w:proofErr w:type="spellStart"/>
            <w:r w:rsidRPr="004C65BA">
              <w:rPr>
                <w:rFonts w:ascii="Open Sans" w:hAnsi="Open Sans"/>
                <w:i/>
                <w:color w:val="002F54"/>
                <w:sz w:val="19"/>
              </w:rPr>
              <w:t>daarna</w:t>
            </w:r>
            <w:proofErr w:type="spellEnd"/>
            <w:r w:rsidRPr="004C65BA">
              <w:rPr>
                <w:rFonts w:ascii="Open Sans" w:hAnsi="Open Sans"/>
                <w:i/>
                <w:color w:val="002F54"/>
                <w:sz w:val="19"/>
              </w:rPr>
              <w:t xml:space="preserve"> </w:t>
            </w:r>
            <w:proofErr w:type="spellStart"/>
            <w:r w:rsidRPr="004C65BA">
              <w:rPr>
                <w:rFonts w:ascii="Open Sans" w:hAnsi="Open Sans"/>
                <w:i/>
                <w:color w:val="002F54"/>
                <w:sz w:val="19"/>
              </w:rPr>
              <w:t>een</w:t>
            </w:r>
            <w:proofErr w:type="spellEnd"/>
            <w:r w:rsidRPr="004C65BA">
              <w:rPr>
                <w:rFonts w:ascii="Open Sans" w:hAnsi="Open Sans"/>
                <w:i/>
                <w:color w:val="002F54"/>
                <w:sz w:val="19"/>
              </w:rPr>
              <w:t xml:space="preserve"> </w:t>
            </w:r>
            <w:proofErr w:type="spellStart"/>
            <w:r w:rsidRPr="004C65BA">
              <w:rPr>
                <w:rFonts w:ascii="Open Sans" w:hAnsi="Open Sans"/>
                <w:i/>
                <w:color w:val="002F54"/>
                <w:sz w:val="19"/>
              </w:rPr>
              <w:t>nieuwe</w:t>
            </w:r>
            <w:proofErr w:type="spellEnd"/>
            <w:r w:rsidRPr="004C65BA">
              <w:rPr>
                <w:rFonts w:ascii="Open Sans" w:hAnsi="Open Sans"/>
                <w:i/>
                <w:color w:val="002F54"/>
                <w:sz w:val="19"/>
              </w:rPr>
              <w:t xml:space="preserve"> </w:t>
            </w:r>
            <w:proofErr w:type="spellStart"/>
            <w:r w:rsidRPr="004C65BA">
              <w:rPr>
                <w:rFonts w:ascii="Open Sans" w:hAnsi="Open Sans"/>
                <w:i/>
                <w:color w:val="002F54"/>
                <w:sz w:val="19"/>
              </w:rPr>
              <w:t>herstellink</w:t>
            </w:r>
            <w:proofErr w:type="spellEnd"/>
            <w:r w:rsidRPr="004C65BA">
              <w:rPr>
                <w:rFonts w:ascii="Open Sans" w:hAnsi="Open Sans"/>
                <w:i/>
                <w:color w:val="002F54"/>
                <w:sz w:val="19"/>
              </w:rPr>
              <w:t xml:space="preserve"> aan.</w:t>
            </w:r>
          </w:p>
        </w:tc>
      </w:tr>
    </w:tbl>
    <w:p w14:paraId="668F635C" w14:textId="77777777" w:rsidR="0033539E" w:rsidRPr="004C65BA" w:rsidRDefault="0033539E">
      <w:pPr>
        <w:spacing w:after="0"/>
        <w:rPr>
          <w:rFonts w:ascii="Open Sans" w:hAnsi="Open Sans"/>
          <w:color w:val="002F54"/>
        </w:rPr>
      </w:pPr>
    </w:p>
    <w:p w14:paraId="25E3A055" w14:textId="77777777" w:rsidR="0033539E" w:rsidRPr="004C65BA" w:rsidRDefault="009518D8">
      <w:pPr>
        <w:rPr>
          <w:rFonts w:ascii="Open Sans" w:hAnsi="Open Sans"/>
          <w:color w:val="002F54"/>
        </w:rPr>
      </w:pPr>
      <w:r w:rsidRPr="004C65BA">
        <w:rPr>
          <w:rFonts w:ascii="Open Sans" w:hAnsi="Open Sans"/>
          <w:color w:val="002F54"/>
        </w:rPr>
        <w:br w:type="page"/>
      </w:r>
    </w:p>
    <w:p w14:paraId="288AA38A" w14:textId="77777777" w:rsidR="0033539E" w:rsidRPr="004C65BA" w:rsidRDefault="009518D8">
      <w:pPr>
        <w:spacing w:before="40" w:after="160"/>
        <w:jc w:val="center"/>
        <w:rPr>
          <w:rFonts w:ascii="Open Sans" w:hAnsi="Open Sans"/>
          <w:color w:val="002F54"/>
        </w:rPr>
      </w:pPr>
      <w:r w:rsidRPr="004C65BA">
        <w:rPr>
          <w:rFonts w:ascii="Open Sans" w:hAnsi="Open Sans"/>
          <w:noProof/>
          <w:color w:val="002F54"/>
        </w:rPr>
        <w:lastRenderedPageBreak/>
        <w:drawing>
          <wp:inline distT="0" distB="0" distL="0" distR="0" wp14:anchorId="6A7AFA7A" wp14:editId="0AE809BE">
            <wp:extent cx="2848818" cy="5029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48818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0"/>
        <w:gridCol w:w="9448"/>
      </w:tblGrid>
      <w:tr w:rsidR="0033539E" w14:paraId="5B402474" w14:textId="77777777" w:rsidTr="004C65BA">
        <w:trPr>
          <w:jc w:val="center"/>
        </w:trPr>
        <w:tc>
          <w:tcPr>
            <w:tcW w:w="920" w:type="dxa"/>
            <w:shd w:val="clear" w:color="FF9E4E" w:fill="FF9E4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69B0A39F" w14:textId="77777777" w:rsidR="0033539E" w:rsidRPr="004C65BA" w:rsidRDefault="009518D8" w:rsidP="004C65BA">
            <w:pPr>
              <w:jc w:val="center"/>
              <w:rPr>
                <w:rFonts w:ascii="Open Sans" w:hAnsi="Open Sans"/>
              </w:rPr>
            </w:pPr>
            <w:r w:rsidRPr="004C65BA">
              <w:rPr>
                <w:rFonts w:ascii="Open Sans" w:hAnsi="Open Sans"/>
                <w:b/>
                <w:color w:val="FFFFFF"/>
              </w:rPr>
              <w:t>4</w:t>
            </w:r>
          </w:p>
        </w:tc>
        <w:tc>
          <w:tcPr>
            <w:tcW w:w="944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3881F755" w14:textId="77777777" w:rsidR="0033539E" w:rsidRPr="004C65BA" w:rsidRDefault="009518D8">
            <w:pPr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b/>
                <w:color w:val="002F54"/>
                <w:sz w:val="26"/>
                <w:lang w:val="nl-NL"/>
              </w:rPr>
              <w:t>Bevestig het nieuwe wachtwoord</w:t>
            </w:r>
          </w:p>
          <w:p w14:paraId="6CFA5949" w14:textId="77777777" w:rsidR="0033539E" w:rsidRPr="004C65BA" w:rsidRDefault="009518D8">
            <w:pPr>
              <w:spacing w:after="40"/>
              <w:rPr>
                <w:rFonts w:ascii="Open Sans" w:hAnsi="Open Sans"/>
                <w:color w:val="002F54"/>
              </w:rPr>
            </w:pPr>
            <w:r w:rsidRPr="004C65BA">
              <w:rPr>
                <w:rFonts w:ascii="Open Sans" w:hAnsi="Open Sans"/>
                <w:color w:val="002F54"/>
                <w:lang w:val="nl-NL"/>
              </w:rPr>
              <w:t xml:space="preserve">Klik op Reset Password. Na een succesvolle wijziging verschijnt de melding Password reset </w:t>
            </w:r>
            <w:proofErr w:type="spellStart"/>
            <w:r w:rsidRPr="004C65BA">
              <w:rPr>
                <w:rFonts w:ascii="Open Sans" w:hAnsi="Open Sans"/>
                <w:color w:val="002F54"/>
                <w:lang w:val="nl-NL"/>
              </w:rPr>
              <w:t>successfully</w:t>
            </w:r>
            <w:proofErr w:type="spellEnd"/>
            <w:r w:rsidRPr="004C65BA">
              <w:rPr>
                <w:rFonts w:ascii="Open Sans" w:hAnsi="Open Sans"/>
                <w:color w:val="002F54"/>
                <w:lang w:val="nl-NL"/>
              </w:rPr>
              <w:t xml:space="preserve">. </w:t>
            </w:r>
            <w:r w:rsidRPr="004C65BA">
              <w:rPr>
                <w:rFonts w:ascii="Open Sans" w:hAnsi="Open Sans"/>
                <w:color w:val="002F54"/>
              </w:rPr>
              <w:t xml:space="preserve">U </w:t>
            </w:r>
            <w:proofErr w:type="spellStart"/>
            <w:r w:rsidRPr="004C65BA">
              <w:rPr>
                <w:rFonts w:ascii="Open Sans" w:hAnsi="Open Sans"/>
                <w:color w:val="002F54"/>
              </w:rPr>
              <w:t>kunt</w:t>
            </w:r>
            <w:proofErr w:type="spellEnd"/>
            <w:r w:rsidRPr="004C65BA">
              <w:rPr>
                <w:rFonts w:ascii="Open Sans" w:hAnsi="Open Sans"/>
                <w:color w:val="002F54"/>
              </w:rPr>
              <w:t xml:space="preserve"> </w:t>
            </w:r>
            <w:proofErr w:type="spellStart"/>
            <w:r w:rsidRPr="004C65BA">
              <w:rPr>
                <w:rFonts w:ascii="Open Sans" w:hAnsi="Open Sans"/>
                <w:color w:val="002F54"/>
              </w:rPr>
              <w:t>vervolgens</w:t>
            </w:r>
            <w:proofErr w:type="spellEnd"/>
            <w:r w:rsidRPr="004C65BA">
              <w:rPr>
                <w:rFonts w:ascii="Open Sans" w:hAnsi="Open Sans"/>
                <w:color w:val="002F54"/>
              </w:rPr>
              <w:t xml:space="preserve"> direct met het nieuwe wachtwoord inloggen.</w:t>
            </w:r>
          </w:p>
        </w:tc>
      </w:tr>
    </w:tbl>
    <w:p w14:paraId="46C35560" w14:textId="77777777" w:rsidR="0033539E" w:rsidRPr="004C65BA" w:rsidRDefault="0033539E">
      <w:pPr>
        <w:spacing w:after="0"/>
        <w:rPr>
          <w:rFonts w:ascii="Open Sans" w:hAnsi="Open Sans"/>
          <w:color w:val="002F5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33539E" w:rsidRPr="004C65BA" w14:paraId="2E4D7014" w14:textId="77777777" w:rsidTr="004C65BA">
        <w:trPr>
          <w:jc w:val="center"/>
        </w:trPr>
        <w:tc>
          <w:tcPr>
            <w:tcW w:w="1036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EAF188B" w14:textId="77777777" w:rsidR="0033539E" w:rsidRPr="004C65BA" w:rsidRDefault="009518D8">
            <w:pPr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b/>
                <w:color w:val="002F54"/>
                <w:lang w:val="nl-NL"/>
              </w:rPr>
              <w:t xml:space="preserve">Veilig wachtwoord:  </w:t>
            </w:r>
            <w:r w:rsidRPr="004C65BA">
              <w:rPr>
                <w:rFonts w:ascii="Open Sans" w:hAnsi="Open Sans"/>
                <w:color w:val="002F54"/>
                <w:lang w:val="nl-NL"/>
              </w:rPr>
              <w:t>Gebruik een uniek wachtwoord dat u niet voor andere diensten gebruikt. Een langere wachtwoordzin is meestal makkelijker te onthouden en moeilijker te raden.</w:t>
            </w:r>
          </w:p>
        </w:tc>
      </w:tr>
    </w:tbl>
    <w:p w14:paraId="6BD17219" w14:textId="77777777" w:rsidR="0033539E" w:rsidRPr="004C65BA" w:rsidRDefault="0033539E">
      <w:pPr>
        <w:spacing w:after="0"/>
        <w:rPr>
          <w:rFonts w:ascii="Open Sans" w:hAnsi="Open Sans"/>
          <w:color w:val="002F54"/>
          <w:lang w:val="nl-NL"/>
        </w:rPr>
      </w:pPr>
    </w:p>
    <w:p w14:paraId="5D132A2F" w14:textId="77777777" w:rsidR="0033539E" w:rsidRPr="004C65BA" w:rsidRDefault="009518D8">
      <w:pPr>
        <w:rPr>
          <w:rFonts w:ascii="Open Sans" w:hAnsi="Open Sans"/>
          <w:color w:val="002F54"/>
          <w:lang w:val="nl-NL"/>
        </w:rPr>
      </w:pPr>
      <w:r w:rsidRPr="004C65BA">
        <w:rPr>
          <w:rFonts w:ascii="Open Sans" w:hAnsi="Open Sans"/>
          <w:color w:val="002F54"/>
          <w:lang w:val="nl-NL"/>
        </w:rPr>
        <w:br w:type="page"/>
      </w:r>
    </w:p>
    <w:p w14:paraId="434625B7" w14:textId="77777777" w:rsidR="0033539E" w:rsidRPr="004C65BA" w:rsidRDefault="009518D8">
      <w:pPr>
        <w:pStyle w:val="Kop1"/>
        <w:pBdr>
          <w:bottom w:val="single" w:sz="12" w:space="4" w:color="F59A3A"/>
        </w:pBdr>
        <w:spacing w:after="80"/>
        <w:rPr>
          <w:rFonts w:ascii="Open Sans" w:hAnsi="Open Sans"/>
          <w:color w:val="002F54"/>
          <w:lang w:val="nl-NL"/>
        </w:rPr>
      </w:pPr>
      <w:r w:rsidRPr="004C65BA">
        <w:rPr>
          <w:rFonts w:ascii="Open Sans" w:hAnsi="Open Sans"/>
          <w:color w:val="002F54"/>
          <w:lang w:val="nl-NL"/>
        </w:rPr>
        <w:lastRenderedPageBreak/>
        <w:t>3. Inloggen met verificatie per e-mail</w:t>
      </w:r>
    </w:p>
    <w:p w14:paraId="7521B2BF" w14:textId="77777777" w:rsidR="0033539E" w:rsidRPr="004C65BA" w:rsidRDefault="009518D8">
      <w:pPr>
        <w:spacing w:after="160"/>
        <w:rPr>
          <w:rFonts w:ascii="Open Sans" w:hAnsi="Open Sans"/>
          <w:color w:val="002F54"/>
          <w:lang w:val="nl-NL"/>
        </w:rPr>
      </w:pPr>
      <w:r w:rsidRPr="004C65BA">
        <w:rPr>
          <w:rFonts w:ascii="Open Sans" w:hAnsi="Open Sans"/>
          <w:color w:val="002F54"/>
          <w:lang w:val="nl-NL"/>
        </w:rPr>
        <w:t>Bij sommige aanmeldingen controleert MCXess uw identiteit met een verificatiecode per e-mail.</w:t>
      </w:r>
    </w:p>
    <w:p w14:paraId="28D33E5A" w14:textId="77777777" w:rsidR="0033539E" w:rsidRPr="004C65BA" w:rsidRDefault="009518D8">
      <w:pPr>
        <w:spacing w:before="40" w:after="160"/>
        <w:jc w:val="center"/>
        <w:rPr>
          <w:rFonts w:ascii="Open Sans" w:hAnsi="Open Sans"/>
          <w:color w:val="002F54"/>
        </w:rPr>
      </w:pPr>
      <w:r w:rsidRPr="004C65BA">
        <w:rPr>
          <w:rFonts w:ascii="Open Sans" w:hAnsi="Open Sans"/>
          <w:noProof/>
          <w:color w:val="002F54"/>
        </w:rPr>
        <w:drawing>
          <wp:inline distT="0" distB="0" distL="0" distR="0" wp14:anchorId="02CA7553" wp14:editId="2C03A694">
            <wp:extent cx="3498357" cy="521208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98357" cy="521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0"/>
        <w:gridCol w:w="9448"/>
      </w:tblGrid>
      <w:tr w:rsidR="0033539E" w14:paraId="3EDD42D4" w14:textId="77777777" w:rsidTr="004C65BA">
        <w:trPr>
          <w:jc w:val="center"/>
        </w:trPr>
        <w:tc>
          <w:tcPr>
            <w:tcW w:w="920" w:type="dxa"/>
            <w:shd w:val="clear" w:color="FF9E4E" w:fill="FF9E4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4B0BCB00" w14:textId="77777777" w:rsidR="0033539E" w:rsidRPr="004C65BA" w:rsidRDefault="009518D8" w:rsidP="004C65BA">
            <w:pPr>
              <w:jc w:val="center"/>
              <w:rPr>
                <w:rFonts w:ascii="Open Sans" w:hAnsi="Open Sans"/>
              </w:rPr>
            </w:pPr>
            <w:r w:rsidRPr="004C65BA">
              <w:rPr>
                <w:rFonts w:ascii="Open Sans" w:hAnsi="Open Sans"/>
                <w:b/>
                <w:color w:val="FFFFFF"/>
              </w:rPr>
              <w:t>5</w:t>
            </w:r>
          </w:p>
        </w:tc>
        <w:tc>
          <w:tcPr>
            <w:tcW w:w="944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1E77A3B5" w14:textId="77777777" w:rsidR="0033539E" w:rsidRPr="004C65BA" w:rsidRDefault="009518D8">
            <w:pPr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b/>
                <w:color w:val="002F54"/>
                <w:sz w:val="26"/>
                <w:lang w:val="nl-NL"/>
              </w:rPr>
              <w:t>Bevestig uw volledige e-mailadres</w:t>
            </w:r>
          </w:p>
          <w:p w14:paraId="6ED00F06" w14:textId="77777777" w:rsidR="0033539E" w:rsidRPr="004C65BA" w:rsidRDefault="009518D8">
            <w:pPr>
              <w:spacing w:after="40"/>
              <w:rPr>
                <w:rFonts w:ascii="Open Sans" w:hAnsi="Open Sans"/>
                <w:color w:val="002F54"/>
              </w:rPr>
            </w:pPr>
            <w:r w:rsidRPr="004C65BA">
              <w:rPr>
                <w:rFonts w:ascii="Open Sans" w:hAnsi="Open Sans"/>
                <w:color w:val="002F54"/>
                <w:lang w:val="nl-NL"/>
              </w:rPr>
              <w:t xml:space="preserve">Vul in het verificatiescherm uw volledige e-mailadres in. Het adres moet exact overeenkomen met het e-mailadres van uw MCXess-account. </w:t>
            </w:r>
            <w:proofErr w:type="spellStart"/>
            <w:r w:rsidRPr="004C65BA">
              <w:rPr>
                <w:rFonts w:ascii="Open Sans" w:hAnsi="Open Sans"/>
                <w:color w:val="002F54"/>
              </w:rPr>
              <w:t>Klik</w:t>
            </w:r>
            <w:proofErr w:type="spellEnd"/>
            <w:r w:rsidRPr="004C65BA">
              <w:rPr>
                <w:rFonts w:ascii="Open Sans" w:hAnsi="Open Sans"/>
                <w:color w:val="002F54"/>
              </w:rPr>
              <w:t xml:space="preserve"> </w:t>
            </w:r>
            <w:proofErr w:type="spellStart"/>
            <w:r w:rsidRPr="004C65BA">
              <w:rPr>
                <w:rFonts w:ascii="Open Sans" w:hAnsi="Open Sans"/>
                <w:color w:val="002F54"/>
              </w:rPr>
              <w:t>daarna</w:t>
            </w:r>
            <w:proofErr w:type="spellEnd"/>
            <w:r w:rsidRPr="004C65BA">
              <w:rPr>
                <w:rFonts w:ascii="Open Sans" w:hAnsi="Open Sans"/>
                <w:color w:val="002F54"/>
              </w:rPr>
              <w:t xml:space="preserve"> op Check.</w:t>
            </w:r>
          </w:p>
        </w:tc>
      </w:tr>
    </w:tbl>
    <w:p w14:paraId="49599D5A" w14:textId="4706DC7E" w:rsidR="004C65BA" w:rsidRPr="004C65BA" w:rsidRDefault="004C65BA">
      <w:pPr>
        <w:spacing w:after="0"/>
        <w:rPr>
          <w:rFonts w:ascii="Open Sans" w:hAnsi="Open Sans" w:cs="Open Sans"/>
          <w:color w:val="002F54"/>
        </w:rPr>
      </w:pPr>
      <w:r w:rsidRPr="004C65BA">
        <w:rPr>
          <w:rFonts w:ascii="Open Sans" w:hAnsi="Open Sans" w:cs="Open Sans"/>
          <w:color w:val="002F54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0"/>
        <w:gridCol w:w="9448"/>
      </w:tblGrid>
      <w:tr w:rsidR="0033539E" w:rsidRPr="004C65BA" w14:paraId="0960FA24" w14:textId="77777777" w:rsidTr="004C65BA">
        <w:trPr>
          <w:jc w:val="center"/>
        </w:trPr>
        <w:tc>
          <w:tcPr>
            <w:tcW w:w="920" w:type="dxa"/>
            <w:shd w:val="clear" w:color="FF9E4E" w:fill="FF9E4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0DF65379" w14:textId="77777777" w:rsidR="0033539E" w:rsidRPr="004C65BA" w:rsidRDefault="009518D8" w:rsidP="004C65BA">
            <w:pPr>
              <w:jc w:val="center"/>
              <w:rPr>
                <w:rFonts w:ascii="Open Sans" w:hAnsi="Open Sans"/>
              </w:rPr>
            </w:pPr>
            <w:r w:rsidRPr="004C65BA">
              <w:rPr>
                <w:rFonts w:ascii="Open Sans" w:hAnsi="Open Sans"/>
                <w:b/>
                <w:color w:val="FFFFFF"/>
              </w:rPr>
              <w:lastRenderedPageBreak/>
              <w:t>6</w:t>
            </w:r>
          </w:p>
        </w:tc>
        <w:tc>
          <w:tcPr>
            <w:tcW w:w="944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3DED1143" w14:textId="77777777" w:rsidR="0033539E" w:rsidRPr="004C65BA" w:rsidRDefault="009518D8">
            <w:pPr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b/>
                <w:color w:val="002F54"/>
                <w:sz w:val="26"/>
                <w:lang w:val="nl-NL"/>
              </w:rPr>
              <w:t>Voer de ontvangen code in</w:t>
            </w:r>
          </w:p>
          <w:p w14:paraId="4ABC1C0B" w14:textId="77777777" w:rsidR="0033539E" w:rsidRPr="004C65BA" w:rsidRDefault="009518D8">
            <w:pPr>
              <w:spacing w:after="40"/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color w:val="002F54"/>
                <w:lang w:val="nl-NL"/>
              </w:rPr>
              <w:t xml:space="preserve">MCXess verstuurt een tijdelijke verificatiecode naar uw e-mailadres. Open het bericht, vul de code in het verificatiescherm in en klik op </w:t>
            </w:r>
            <w:proofErr w:type="spellStart"/>
            <w:r w:rsidRPr="004C65BA">
              <w:rPr>
                <w:rFonts w:ascii="Open Sans" w:hAnsi="Open Sans"/>
                <w:color w:val="002F54"/>
                <w:lang w:val="nl-NL"/>
              </w:rPr>
              <w:t>Verify</w:t>
            </w:r>
            <w:proofErr w:type="spellEnd"/>
            <w:r w:rsidRPr="004C65BA">
              <w:rPr>
                <w:rFonts w:ascii="Open Sans" w:hAnsi="Open Sans"/>
                <w:color w:val="002F54"/>
                <w:lang w:val="nl-NL"/>
              </w:rPr>
              <w:t>. Na een correcte controle wordt u ingelogd.</w:t>
            </w:r>
          </w:p>
          <w:p w14:paraId="2D8CB0A2" w14:textId="77777777" w:rsidR="0033539E" w:rsidRPr="004C65BA" w:rsidRDefault="009518D8">
            <w:pPr>
              <w:spacing w:before="80"/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i/>
                <w:color w:val="002F54"/>
                <w:sz w:val="19"/>
                <w:lang w:val="nl-NL"/>
              </w:rPr>
              <w:t>Een verificatiecode is tijdelijk geldig. Vraag een nieuwe code aan wanneer de oude code niet meer wordt geaccepteerd.</w:t>
            </w:r>
          </w:p>
        </w:tc>
      </w:tr>
    </w:tbl>
    <w:p w14:paraId="6868EEE6" w14:textId="77777777" w:rsidR="0033539E" w:rsidRPr="004C65BA" w:rsidRDefault="0033539E">
      <w:pPr>
        <w:spacing w:after="0"/>
        <w:rPr>
          <w:rFonts w:ascii="Open Sans" w:hAnsi="Open Sans"/>
          <w:color w:val="002F54"/>
          <w:lang w:val="nl-NL"/>
        </w:rPr>
      </w:pPr>
    </w:p>
    <w:p w14:paraId="1CA1D3C2" w14:textId="77777777" w:rsidR="0033539E" w:rsidRPr="004C65BA" w:rsidRDefault="009518D8">
      <w:pPr>
        <w:rPr>
          <w:rFonts w:ascii="Open Sans" w:hAnsi="Open Sans"/>
          <w:color w:val="002F54"/>
          <w:lang w:val="nl-NL"/>
        </w:rPr>
      </w:pPr>
      <w:r w:rsidRPr="004C65BA">
        <w:rPr>
          <w:rFonts w:ascii="Open Sans" w:hAnsi="Open Sans"/>
          <w:color w:val="002F54"/>
          <w:lang w:val="nl-NL"/>
        </w:rPr>
        <w:br w:type="page"/>
      </w:r>
    </w:p>
    <w:p w14:paraId="07458A07" w14:textId="77777777" w:rsidR="0033539E" w:rsidRPr="004C65BA" w:rsidRDefault="009518D8">
      <w:pPr>
        <w:pStyle w:val="Kop1"/>
        <w:pBdr>
          <w:bottom w:val="single" w:sz="12" w:space="4" w:color="F59A3A"/>
        </w:pBdr>
        <w:spacing w:after="80"/>
        <w:rPr>
          <w:rFonts w:ascii="Open Sans" w:hAnsi="Open Sans"/>
          <w:color w:val="002F54"/>
          <w:lang w:val="nl-NL"/>
        </w:rPr>
      </w:pPr>
      <w:r w:rsidRPr="004C65BA">
        <w:rPr>
          <w:rFonts w:ascii="Open Sans" w:hAnsi="Open Sans"/>
          <w:color w:val="002F54"/>
          <w:lang w:val="nl-NL"/>
        </w:rPr>
        <w:lastRenderedPageBreak/>
        <w:t>4. Accountgegevens bekijken</w:t>
      </w:r>
    </w:p>
    <w:p w14:paraId="11CCEC23" w14:textId="77777777" w:rsidR="0033539E" w:rsidRPr="004C65BA" w:rsidRDefault="009518D8">
      <w:pPr>
        <w:spacing w:after="160"/>
        <w:rPr>
          <w:rFonts w:ascii="Open Sans" w:hAnsi="Open Sans"/>
          <w:color w:val="002F54"/>
          <w:lang w:val="nl-NL"/>
        </w:rPr>
      </w:pPr>
      <w:r w:rsidRPr="004C65BA">
        <w:rPr>
          <w:rFonts w:ascii="Open Sans" w:hAnsi="Open Sans"/>
          <w:color w:val="002F54"/>
          <w:lang w:val="nl-NL"/>
        </w:rPr>
        <w:t>Na het inloggen kunt u uw geregistreerde accountgegevens controleren.</w:t>
      </w:r>
    </w:p>
    <w:p w14:paraId="7D8BBA07" w14:textId="77777777" w:rsidR="0033539E" w:rsidRPr="004C65BA" w:rsidRDefault="009518D8">
      <w:pPr>
        <w:spacing w:before="40" w:after="160"/>
        <w:jc w:val="center"/>
        <w:rPr>
          <w:rFonts w:ascii="Open Sans" w:hAnsi="Open Sans"/>
          <w:color w:val="002F54"/>
        </w:rPr>
      </w:pPr>
      <w:r w:rsidRPr="004C65BA">
        <w:rPr>
          <w:rFonts w:ascii="Open Sans" w:hAnsi="Open Sans"/>
          <w:noProof/>
          <w:color w:val="002F54"/>
        </w:rPr>
        <w:drawing>
          <wp:inline distT="0" distB="0" distL="0" distR="0" wp14:anchorId="231A42CD" wp14:editId="41818472">
            <wp:extent cx="5356182" cy="429768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56182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0"/>
        <w:gridCol w:w="9448"/>
      </w:tblGrid>
      <w:tr w:rsidR="0033539E" w14:paraId="605B07E0" w14:textId="77777777" w:rsidTr="004C65BA">
        <w:trPr>
          <w:jc w:val="center"/>
        </w:trPr>
        <w:tc>
          <w:tcPr>
            <w:tcW w:w="920" w:type="dxa"/>
            <w:shd w:val="clear" w:color="FF9E4E" w:fill="FF9E4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746C8B09" w14:textId="77777777" w:rsidR="0033539E" w:rsidRPr="004C65BA" w:rsidRDefault="009518D8" w:rsidP="004C65BA">
            <w:pPr>
              <w:jc w:val="center"/>
              <w:rPr>
                <w:rFonts w:ascii="Open Sans" w:hAnsi="Open Sans"/>
              </w:rPr>
            </w:pPr>
            <w:r w:rsidRPr="004C65BA">
              <w:rPr>
                <w:rFonts w:ascii="Open Sans" w:hAnsi="Open Sans"/>
                <w:b/>
                <w:color w:val="FFFFFF"/>
              </w:rPr>
              <w:t>7</w:t>
            </w:r>
          </w:p>
        </w:tc>
        <w:tc>
          <w:tcPr>
            <w:tcW w:w="944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031ED913" w14:textId="77777777" w:rsidR="0033539E" w:rsidRPr="004C65BA" w:rsidRDefault="009518D8">
            <w:pPr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b/>
                <w:color w:val="002F54"/>
                <w:sz w:val="26"/>
                <w:lang w:val="nl-NL"/>
              </w:rPr>
              <w:t>Open Account Details</w:t>
            </w:r>
          </w:p>
          <w:p w14:paraId="517A6AAB" w14:textId="77777777" w:rsidR="0033539E" w:rsidRPr="004C65BA" w:rsidRDefault="009518D8">
            <w:pPr>
              <w:spacing w:after="40"/>
              <w:rPr>
                <w:rFonts w:ascii="Open Sans" w:hAnsi="Open Sans"/>
                <w:color w:val="002F54"/>
              </w:rPr>
            </w:pPr>
            <w:r w:rsidRPr="004C65BA">
              <w:rPr>
                <w:rFonts w:ascii="Open Sans" w:hAnsi="Open Sans"/>
                <w:color w:val="002F54"/>
                <w:lang w:val="nl-NL"/>
              </w:rPr>
              <w:t xml:space="preserve">In het tabblad Account Details ziet u het e-mailadres en de gebruikersnaam die aan uw MCXess-account zijn gekoppeld. </w:t>
            </w:r>
            <w:proofErr w:type="spellStart"/>
            <w:r w:rsidRPr="004C65BA">
              <w:rPr>
                <w:rFonts w:ascii="Open Sans" w:hAnsi="Open Sans"/>
                <w:color w:val="002F54"/>
              </w:rPr>
              <w:t>Controleer</w:t>
            </w:r>
            <w:proofErr w:type="spellEnd"/>
            <w:r w:rsidRPr="004C65BA">
              <w:rPr>
                <w:rFonts w:ascii="Open Sans" w:hAnsi="Open Sans"/>
                <w:color w:val="002F54"/>
              </w:rPr>
              <w:t xml:space="preserve"> </w:t>
            </w:r>
            <w:proofErr w:type="spellStart"/>
            <w:r w:rsidRPr="004C65BA">
              <w:rPr>
                <w:rFonts w:ascii="Open Sans" w:hAnsi="Open Sans"/>
                <w:color w:val="002F54"/>
              </w:rPr>
              <w:t>deze</w:t>
            </w:r>
            <w:proofErr w:type="spellEnd"/>
            <w:r w:rsidRPr="004C65BA">
              <w:rPr>
                <w:rFonts w:ascii="Open Sans" w:hAnsi="Open Sans"/>
                <w:color w:val="002F54"/>
              </w:rPr>
              <w:t xml:space="preserve"> </w:t>
            </w:r>
            <w:proofErr w:type="spellStart"/>
            <w:r w:rsidRPr="004C65BA">
              <w:rPr>
                <w:rFonts w:ascii="Open Sans" w:hAnsi="Open Sans"/>
                <w:color w:val="002F54"/>
              </w:rPr>
              <w:t>gegevens</w:t>
            </w:r>
            <w:proofErr w:type="spellEnd"/>
            <w:r w:rsidRPr="004C65BA">
              <w:rPr>
                <w:rFonts w:ascii="Open Sans" w:hAnsi="Open Sans"/>
                <w:color w:val="002F54"/>
              </w:rPr>
              <w:t xml:space="preserve"> </w:t>
            </w:r>
            <w:proofErr w:type="spellStart"/>
            <w:r w:rsidRPr="004C65BA">
              <w:rPr>
                <w:rFonts w:ascii="Open Sans" w:hAnsi="Open Sans"/>
                <w:color w:val="002F54"/>
              </w:rPr>
              <w:t>voordat</w:t>
            </w:r>
            <w:proofErr w:type="spellEnd"/>
            <w:r w:rsidRPr="004C65BA">
              <w:rPr>
                <w:rFonts w:ascii="Open Sans" w:hAnsi="Open Sans"/>
                <w:color w:val="002F54"/>
              </w:rPr>
              <w:t xml:space="preserve"> u SSO of 2FA configureert.</w:t>
            </w:r>
          </w:p>
        </w:tc>
      </w:tr>
    </w:tbl>
    <w:p w14:paraId="1F4A007B" w14:textId="77777777" w:rsidR="0033539E" w:rsidRPr="004C65BA" w:rsidRDefault="0033539E">
      <w:pPr>
        <w:spacing w:after="0"/>
        <w:rPr>
          <w:rFonts w:ascii="Open Sans" w:hAnsi="Open Sans"/>
          <w:color w:val="002F54"/>
        </w:rPr>
      </w:pPr>
    </w:p>
    <w:p w14:paraId="75013BEF" w14:textId="77777777" w:rsidR="0033539E" w:rsidRPr="004C65BA" w:rsidRDefault="009518D8">
      <w:pPr>
        <w:rPr>
          <w:rFonts w:ascii="Open Sans" w:hAnsi="Open Sans"/>
          <w:color w:val="002F54"/>
        </w:rPr>
      </w:pPr>
      <w:r w:rsidRPr="004C65BA">
        <w:rPr>
          <w:rFonts w:ascii="Open Sans" w:hAnsi="Open Sans"/>
          <w:color w:val="002F54"/>
        </w:rPr>
        <w:br w:type="page"/>
      </w:r>
    </w:p>
    <w:p w14:paraId="4B652414" w14:textId="77777777" w:rsidR="0033539E" w:rsidRPr="004C65BA" w:rsidRDefault="009518D8">
      <w:pPr>
        <w:pStyle w:val="Kop1"/>
        <w:pBdr>
          <w:bottom w:val="single" w:sz="12" w:space="4" w:color="F59A3A"/>
        </w:pBdr>
        <w:spacing w:after="80"/>
        <w:rPr>
          <w:rFonts w:ascii="Open Sans" w:hAnsi="Open Sans"/>
          <w:color w:val="002F54"/>
          <w:lang w:val="nl-NL"/>
        </w:rPr>
      </w:pPr>
      <w:r w:rsidRPr="004C65BA">
        <w:rPr>
          <w:rFonts w:ascii="Open Sans" w:hAnsi="Open Sans"/>
          <w:color w:val="002F54"/>
          <w:lang w:val="nl-NL"/>
        </w:rPr>
        <w:lastRenderedPageBreak/>
        <w:t>5. Google of Microsoft koppelen voor SSO</w:t>
      </w:r>
    </w:p>
    <w:p w14:paraId="0225EE9B" w14:textId="77777777" w:rsidR="0033539E" w:rsidRPr="004C65BA" w:rsidRDefault="009518D8">
      <w:pPr>
        <w:spacing w:after="160"/>
        <w:rPr>
          <w:rFonts w:ascii="Open Sans" w:hAnsi="Open Sans"/>
          <w:color w:val="002F54"/>
          <w:lang w:val="nl-NL"/>
        </w:rPr>
      </w:pPr>
      <w:r w:rsidRPr="004C65BA">
        <w:rPr>
          <w:rFonts w:ascii="Open Sans" w:hAnsi="Open Sans"/>
          <w:color w:val="002F54"/>
          <w:lang w:val="nl-NL"/>
        </w:rPr>
        <w:t>Via het tabblad Security koppelt u een extern account aan MCXess. Daarna kunt u de betreffende SSO-knop op het inlogscherm gebruiken.</w:t>
      </w:r>
    </w:p>
    <w:p w14:paraId="043F73E6" w14:textId="77777777" w:rsidR="0033539E" w:rsidRPr="004C65BA" w:rsidRDefault="009518D8">
      <w:pPr>
        <w:spacing w:before="40" w:after="160"/>
        <w:jc w:val="center"/>
        <w:rPr>
          <w:rFonts w:ascii="Open Sans" w:hAnsi="Open Sans"/>
          <w:color w:val="002F54"/>
        </w:rPr>
      </w:pPr>
      <w:r w:rsidRPr="004C65BA">
        <w:rPr>
          <w:rFonts w:ascii="Open Sans" w:hAnsi="Open Sans"/>
          <w:noProof/>
          <w:color w:val="002F54"/>
        </w:rPr>
        <w:drawing>
          <wp:inline distT="0" distB="0" distL="0" distR="0" wp14:anchorId="20C2D851" wp14:editId="6DF1592A">
            <wp:extent cx="3994073" cy="521208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94073" cy="521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0"/>
        <w:gridCol w:w="9448"/>
      </w:tblGrid>
      <w:tr w:rsidR="0033539E" w:rsidRPr="004C65BA" w14:paraId="1098106D" w14:textId="77777777" w:rsidTr="004C65BA">
        <w:trPr>
          <w:jc w:val="center"/>
        </w:trPr>
        <w:tc>
          <w:tcPr>
            <w:tcW w:w="920" w:type="dxa"/>
            <w:shd w:val="clear" w:color="FF9E4E" w:fill="FF9E4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114DEBE4" w14:textId="77777777" w:rsidR="0033539E" w:rsidRPr="004C65BA" w:rsidRDefault="009518D8" w:rsidP="004C65BA">
            <w:pPr>
              <w:jc w:val="center"/>
              <w:rPr>
                <w:rFonts w:ascii="Open Sans" w:hAnsi="Open Sans"/>
              </w:rPr>
            </w:pPr>
            <w:r w:rsidRPr="004C65BA">
              <w:rPr>
                <w:rFonts w:ascii="Open Sans" w:hAnsi="Open Sans"/>
                <w:b/>
                <w:color w:val="FFFFFF"/>
              </w:rPr>
              <w:t>8</w:t>
            </w:r>
          </w:p>
        </w:tc>
        <w:tc>
          <w:tcPr>
            <w:tcW w:w="944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755F502C" w14:textId="77777777" w:rsidR="0033539E" w:rsidRPr="004C65BA" w:rsidRDefault="009518D8">
            <w:pPr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b/>
                <w:color w:val="002F54"/>
                <w:sz w:val="26"/>
                <w:lang w:val="nl-NL"/>
              </w:rPr>
              <w:t>Start de koppeling</w:t>
            </w:r>
          </w:p>
          <w:p w14:paraId="6493AE71" w14:textId="77777777" w:rsidR="0033539E" w:rsidRPr="004C65BA" w:rsidRDefault="009518D8">
            <w:pPr>
              <w:spacing w:after="40"/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color w:val="002F54"/>
                <w:lang w:val="nl-NL"/>
              </w:rPr>
              <w:t>Klik bij Google of Microsoft op Link. U wordt doorgestuurd naar de beveiligde aanmeldpagina van de gekozen aanbieder.</w:t>
            </w:r>
          </w:p>
        </w:tc>
      </w:tr>
    </w:tbl>
    <w:p w14:paraId="34BAE43D" w14:textId="77777777" w:rsidR="0033539E" w:rsidRPr="004C65BA" w:rsidRDefault="0033539E">
      <w:pPr>
        <w:spacing w:after="0"/>
        <w:rPr>
          <w:rFonts w:ascii="Open Sans" w:hAnsi="Open Sans"/>
          <w:color w:val="002F54"/>
          <w:lang w:val="nl-NL"/>
        </w:rPr>
      </w:pPr>
    </w:p>
    <w:p w14:paraId="00D2CC4F" w14:textId="77777777" w:rsidR="0033539E" w:rsidRPr="004C65BA" w:rsidRDefault="009518D8">
      <w:pPr>
        <w:spacing w:before="40" w:after="160"/>
        <w:jc w:val="center"/>
        <w:rPr>
          <w:rFonts w:ascii="Open Sans" w:hAnsi="Open Sans"/>
          <w:color w:val="002F54"/>
        </w:rPr>
      </w:pPr>
      <w:r w:rsidRPr="004C65BA">
        <w:rPr>
          <w:rFonts w:ascii="Open Sans" w:hAnsi="Open Sans"/>
          <w:noProof/>
          <w:color w:val="002F54"/>
        </w:rPr>
        <w:lastRenderedPageBreak/>
        <w:drawing>
          <wp:inline distT="0" distB="0" distL="0" distR="0" wp14:anchorId="5EF693DF" wp14:editId="3493B657">
            <wp:extent cx="5760720" cy="284383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4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0"/>
        <w:gridCol w:w="9448"/>
      </w:tblGrid>
      <w:tr w:rsidR="0033539E" w14:paraId="68E90CCD" w14:textId="77777777" w:rsidTr="004C65BA">
        <w:trPr>
          <w:jc w:val="center"/>
        </w:trPr>
        <w:tc>
          <w:tcPr>
            <w:tcW w:w="920" w:type="dxa"/>
            <w:shd w:val="clear" w:color="FF9E4E" w:fill="FF9E4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31F4A580" w14:textId="77777777" w:rsidR="0033539E" w:rsidRPr="004C65BA" w:rsidRDefault="009518D8" w:rsidP="004C65BA">
            <w:pPr>
              <w:jc w:val="center"/>
              <w:rPr>
                <w:rFonts w:ascii="Open Sans" w:hAnsi="Open Sans"/>
              </w:rPr>
            </w:pPr>
            <w:r w:rsidRPr="004C65BA">
              <w:rPr>
                <w:rFonts w:ascii="Open Sans" w:hAnsi="Open Sans"/>
                <w:b/>
                <w:color w:val="FFFFFF"/>
              </w:rPr>
              <w:t>9</w:t>
            </w:r>
          </w:p>
        </w:tc>
        <w:tc>
          <w:tcPr>
            <w:tcW w:w="944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117DFF30" w14:textId="77777777" w:rsidR="0033539E" w:rsidRPr="004C65BA" w:rsidRDefault="009518D8">
            <w:pPr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b/>
                <w:color w:val="002F54"/>
                <w:sz w:val="26"/>
                <w:lang w:val="nl-NL"/>
              </w:rPr>
              <w:t>Koppel een Google-account</w:t>
            </w:r>
          </w:p>
          <w:p w14:paraId="29B391B1" w14:textId="77777777" w:rsidR="0033539E" w:rsidRPr="004C65BA" w:rsidRDefault="009518D8">
            <w:pPr>
              <w:spacing w:after="40"/>
              <w:rPr>
                <w:rFonts w:ascii="Open Sans" w:hAnsi="Open Sans"/>
                <w:color w:val="002F54"/>
              </w:rPr>
            </w:pPr>
            <w:r w:rsidRPr="004C65BA">
              <w:rPr>
                <w:rFonts w:ascii="Open Sans" w:hAnsi="Open Sans"/>
                <w:color w:val="002F54"/>
                <w:lang w:val="nl-NL"/>
              </w:rPr>
              <w:t xml:space="preserve">Vul op de Google-pagina uw e-mailadres of telefoonnummer in en klik op Next. Vul daarna uw Google-wachtwoord in en rond eventuele aanvullende beveiligingscontroles af. </w:t>
            </w:r>
            <w:r w:rsidRPr="004C65BA">
              <w:rPr>
                <w:rFonts w:ascii="Open Sans" w:hAnsi="Open Sans"/>
                <w:color w:val="002F54"/>
              </w:rPr>
              <w:t xml:space="preserve">Na </w:t>
            </w:r>
            <w:proofErr w:type="spellStart"/>
            <w:r w:rsidRPr="004C65BA">
              <w:rPr>
                <w:rFonts w:ascii="Open Sans" w:hAnsi="Open Sans"/>
                <w:color w:val="002F54"/>
              </w:rPr>
              <w:t>toestemming</w:t>
            </w:r>
            <w:proofErr w:type="spellEnd"/>
            <w:r w:rsidRPr="004C65BA">
              <w:rPr>
                <w:rFonts w:ascii="Open Sans" w:hAnsi="Open Sans"/>
                <w:color w:val="002F54"/>
              </w:rPr>
              <w:t xml:space="preserve"> </w:t>
            </w:r>
            <w:proofErr w:type="spellStart"/>
            <w:r w:rsidRPr="004C65BA">
              <w:rPr>
                <w:rFonts w:ascii="Open Sans" w:hAnsi="Open Sans"/>
                <w:color w:val="002F54"/>
              </w:rPr>
              <w:t>wordt</w:t>
            </w:r>
            <w:proofErr w:type="spellEnd"/>
            <w:r w:rsidRPr="004C65BA">
              <w:rPr>
                <w:rFonts w:ascii="Open Sans" w:hAnsi="Open Sans"/>
                <w:color w:val="002F54"/>
              </w:rPr>
              <w:t xml:space="preserve"> u </w:t>
            </w:r>
            <w:proofErr w:type="spellStart"/>
            <w:r w:rsidRPr="004C65BA">
              <w:rPr>
                <w:rFonts w:ascii="Open Sans" w:hAnsi="Open Sans"/>
                <w:color w:val="002F54"/>
              </w:rPr>
              <w:t>teruggestuurd</w:t>
            </w:r>
            <w:proofErr w:type="spellEnd"/>
            <w:r w:rsidRPr="004C65BA">
              <w:rPr>
                <w:rFonts w:ascii="Open Sans" w:hAnsi="Open Sans"/>
                <w:color w:val="002F54"/>
              </w:rPr>
              <w:t xml:space="preserve"> naar MCXess.</w:t>
            </w:r>
          </w:p>
        </w:tc>
      </w:tr>
    </w:tbl>
    <w:p w14:paraId="4F9D0055" w14:textId="77777777" w:rsidR="0033539E" w:rsidRPr="004C65BA" w:rsidRDefault="0033539E">
      <w:pPr>
        <w:spacing w:after="0"/>
        <w:rPr>
          <w:rFonts w:ascii="Open Sans" w:hAnsi="Open Sans"/>
          <w:color w:val="002F54"/>
        </w:rPr>
      </w:pPr>
    </w:p>
    <w:p w14:paraId="55229598" w14:textId="77777777" w:rsidR="0033539E" w:rsidRPr="004C65BA" w:rsidRDefault="009518D8">
      <w:pPr>
        <w:spacing w:before="40" w:after="160"/>
        <w:jc w:val="center"/>
        <w:rPr>
          <w:rFonts w:ascii="Open Sans" w:hAnsi="Open Sans"/>
          <w:color w:val="002F54"/>
        </w:rPr>
      </w:pPr>
      <w:r w:rsidRPr="004C65BA">
        <w:rPr>
          <w:rFonts w:ascii="Open Sans" w:hAnsi="Open Sans"/>
          <w:noProof/>
          <w:color w:val="002F54"/>
        </w:rPr>
        <w:drawing>
          <wp:inline distT="0" distB="0" distL="0" distR="0" wp14:anchorId="21C709C4" wp14:editId="6BCE55BA">
            <wp:extent cx="3883694" cy="356616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83694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6C9B4" w14:textId="77777777" w:rsidR="00F026A2" w:rsidRPr="004C65BA" w:rsidRDefault="00F026A2">
      <w:pPr>
        <w:spacing w:before="40" w:after="160"/>
        <w:jc w:val="center"/>
        <w:rPr>
          <w:rFonts w:ascii="Open Sans" w:hAnsi="Open Sans"/>
          <w:color w:val="002F5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0"/>
        <w:gridCol w:w="9448"/>
      </w:tblGrid>
      <w:tr w:rsidR="0033539E" w14:paraId="1BC8C462" w14:textId="77777777" w:rsidTr="004C65BA">
        <w:trPr>
          <w:jc w:val="center"/>
        </w:trPr>
        <w:tc>
          <w:tcPr>
            <w:tcW w:w="920" w:type="dxa"/>
            <w:shd w:val="clear" w:color="FF9E4E" w:fill="FF9E4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2AD1C475" w14:textId="77777777" w:rsidR="0033539E" w:rsidRPr="004C65BA" w:rsidRDefault="009518D8" w:rsidP="004C65BA">
            <w:pPr>
              <w:jc w:val="center"/>
              <w:rPr>
                <w:rFonts w:ascii="Open Sans" w:hAnsi="Open Sans"/>
              </w:rPr>
            </w:pPr>
            <w:r w:rsidRPr="004C65BA">
              <w:rPr>
                <w:rFonts w:ascii="Open Sans" w:hAnsi="Open Sans"/>
                <w:b/>
                <w:color w:val="FFFFFF"/>
              </w:rPr>
              <w:lastRenderedPageBreak/>
              <w:t>10</w:t>
            </w:r>
          </w:p>
        </w:tc>
        <w:tc>
          <w:tcPr>
            <w:tcW w:w="944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4C6A86FB" w14:textId="77777777" w:rsidR="0033539E" w:rsidRPr="004C65BA" w:rsidRDefault="009518D8">
            <w:pPr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b/>
                <w:color w:val="002F54"/>
                <w:sz w:val="26"/>
                <w:lang w:val="nl-NL"/>
              </w:rPr>
              <w:t>Koppel een Microsoft-account</w:t>
            </w:r>
          </w:p>
          <w:p w14:paraId="2DC93A27" w14:textId="5F19859E" w:rsidR="0033539E" w:rsidRPr="004C65BA" w:rsidRDefault="009518D8">
            <w:pPr>
              <w:spacing w:after="40"/>
              <w:rPr>
                <w:rFonts w:ascii="Open Sans" w:hAnsi="Open Sans"/>
                <w:color w:val="002F54"/>
              </w:rPr>
            </w:pPr>
            <w:r w:rsidRPr="004C65BA">
              <w:rPr>
                <w:rFonts w:ascii="Open Sans" w:hAnsi="Open Sans"/>
                <w:color w:val="002F54"/>
                <w:lang w:val="nl-NL"/>
              </w:rPr>
              <w:t>Vul op de Microsoft-pagina uw e-mailadres</w:t>
            </w:r>
            <w:r w:rsidR="00F026A2" w:rsidRPr="004C65BA">
              <w:rPr>
                <w:rFonts w:ascii="Open Sans" w:hAnsi="Open Sans"/>
                <w:color w:val="002F54"/>
                <w:lang w:val="nl-NL"/>
              </w:rPr>
              <w:t xml:space="preserve"> </w:t>
            </w:r>
            <w:r w:rsidRPr="004C65BA">
              <w:rPr>
                <w:rFonts w:ascii="Open Sans" w:hAnsi="Open Sans"/>
                <w:color w:val="002F54"/>
                <w:lang w:val="nl-NL"/>
              </w:rPr>
              <w:t xml:space="preserve">in en klik op Volgende. Vul daarna uw Microsoft-wachtwoord in en rond eventuele aanvullende beveiligingscontroles af. </w:t>
            </w:r>
            <w:r w:rsidRPr="004C65BA">
              <w:rPr>
                <w:rFonts w:ascii="Open Sans" w:hAnsi="Open Sans"/>
                <w:color w:val="002F54"/>
              </w:rPr>
              <w:t xml:space="preserve">Na </w:t>
            </w:r>
            <w:proofErr w:type="spellStart"/>
            <w:r w:rsidRPr="004C65BA">
              <w:rPr>
                <w:rFonts w:ascii="Open Sans" w:hAnsi="Open Sans"/>
                <w:color w:val="002F54"/>
              </w:rPr>
              <w:t>toestemming</w:t>
            </w:r>
            <w:proofErr w:type="spellEnd"/>
            <w:r w:rsidRPr="004C65BA">
              <w:rPr>
                <w:rFonts w:ascii="Open Sans" w:hAnsi="Open Sans"/>
                <w:color w:val="002F54"/>
              </w:rPr>
              <w:t xml:space="preserve"> </w:t>
            </w:r>
            <w:proofErr w:type="spellStart"/>
            <w:r w:rsidRPr="004C65BA">
              <w:rPr>
                <w:rFonts w:ascii="Open Sans" w:hAnsi="Open Sans"/>
                <w:color w:val="002F54"/>
              </w:rPr>
              <w:t>wordt</w:t>
            </w:r>
            <w:proofErr w:type="spellEnd"/>
            <w:r w:rsidRPr="004C65BA">
              <w:rPr>
                <w:rFonts w:ascii="Open Sans" w:hAnsi="Open Sans"/>
                <w:color w:val="002F54"/>
              </w:rPr>
              <w:t xml:space="preserve"> u </w:t>
            </w:r>
            <w:proofErr w:type="spellStart"/>
            <w:r w:rsidRPr="004C65BA">
              <w:rPr>
                <w:rFonts w:ascii="Open Sans" w:hAnsi="Open Sans"/>
                <w:color w:val="002F54"/>
              </w:rPr>
              <w:t>teruggestuurd</w:t>
            </w:r>
            <w:proofErr w:type="spellEnd"/>
            <w:r w:rsidRPr="004C65BA">
              <w:rPr>
                <w:rFonts w:ascii="Open Sans" w:hAnsi="Open Sans"/>
                <w:color w:val="002F54"/>
              </w:rPr>
              <w:t xml:space="preserve"> naar MCXess.</w:t>
            </w:r>
          </w:p>
        </w:tc>
      </w:tr>
    </w:tbl>
    <w:p w14:paraId="0022B1C2" w14:textId="77777777" w:rsidR="0033539E" w:rsidRPr="004C65BA" w:rsidRDefault="0033539E">
      <w:pPr>
        <w:spacing w:after="0"/>
        <w:rPr>
          <w:rFonts w:ascii="Open Sans" w:hAnsi="Open Sans"/>
          <w:color w:val="002F5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33539E" w:rsidRPr="004C65BA" w14:paraId="705E30A7" w14:textId="77777777" w:rsidTr="004C65BA">
        <w:trPr>
          <w:jc w:val="center"/>
        </w:trPr>
        <w:tc>
          <w:tcPr>
            <w:tcW w:w="1036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E09FDE6" w14:textId="77777777" w:rsidR="0033539E" w:rsidRPr="004C65BA" w:rsidRDefault="009518D8">
            <w:pPr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b/>
                <w:color w:val="002F54"/>
                <w:lang w:val="nl-NL"/>
              </w:rPr>
              <w:t xml:space="preserve">Controle:  </w:t>
            </w:r>
            <w:r w:rsidRPr="004C65BA">
              <w:rPr>
                <w:rFonts w:ascii="Open Sans" w:hAnsi="Open Sans"/>
                <w:color w:val="002F54"/>
                <w:lang w:val="nl-NL"/>
              </w:rPr>
              <w:t xml:space="preserve">In het onderdeel </w:t>
            </w:r>
            <w:proofErr w:type="spellStart"/>
            <w:r w:rsidRPr="004C65BA">
              <w:rPr>
                <w:rFonts w:ascii="Open Sans" w:hAnsi="Open Sans"/>
                <w:color w:val="002F54"/>
                <w:lang w:val="nl-NL"/>
              </w:rPr>
              <w:t>Linked</w:t>
            </w:r>
            <w:proofErr w:type="spellEnd"/>
            <w:r w:rsidRPr="004C65BA">
              <w:rPr>
                <w:rFonts w:ascii="Open Sans" w:hAnsi="Open Sans"/>
                <w:color w:val="002F54"/>
                <w:lang w:val="nl-NL"/>
              </w:rPr>
              <w:t xml:space="preserve"> Accounts moet de status na een succesvolle koppeling veranderen van </w:t>
            </w:r>
            <w:proofErr w:type="spellStart"/>
            <w:r w:rsidRPr="004C65BA">
              <w:rPr>
                <w:rFonts w:ascii="Open Sans" w:hAnsi="Open Sans"/>
                <w:color w:val="002F54"/>
                <w:lang w:val="nl-NL"/>
              </w:rPr>
              <w:t>Not</w:t>
            </w:r>
            <w:proofErr w:type="spellEnd"/>
            <w:r w:rsidRPr="004C65BA">
              <w:rPr>
                <w:rFonts w:ascii="Open Sans" w:hAnsi="Open Sans"/>
                <w:color w:val="002F54"/>
                <w:lang w:val="nl-NL"/>
              </w:rPr>
              <w:t xml:space="preserve"> </w:t>
            </w:r>
            <w:proofErr w:type="spellStart"/>
            <w:r w:rsidRPr="004C65BA">
              <w:rPr>
                <w:rFonts w:ascii="Open Sans" w:hAnsi="Open Sans"/>
                <w:color w:val="002F54"/>
                <w:lang w:val="nl-NL"/>
              </w:rPr>
              <w:t>linked</w:t>
            </w:r>
            <w:proofErr w:type="spellEnd"/>
            <w:r w:rsidRPr="004C65BA">
              <w:rPr>
                <w:rFonts w:ascii="Open Sans" w:hAnsi="Open Sans"/>
                <w:color w:val="002F54"/>
                <w:lang w:val="nl-NL"/>
              </w:rPr>
              <w:t xml:space="preserve"> naar een gekoppelde status.</w:t>
            </w:r>
          </w:p>
        </w:tc>
      </w:tr>
    </w:tbl>
    <w:p w14:paraId="687D658F" w14:textId="1AE6B65E" w:rsidR="004C65BA" w:rsidRDefault="004C65BA">
      <w:pPr>
        <w:spacing w:after="0"/>
        <w:rPr>
          <w:rFonts w:ascii="Open Sans" w:hAnsi="Open Sans"/>
          <w:color w:val="002F54"/>
          <w:lang w:val="nl-NL"/>
        </w:rPr>
      </w:pPr>
      <w:r>
        <w:rPr>
          <w:rFonts w:ascii="Open Sans" w:hAnsi="Open Sans"/>
          <w:color w:val="002F54"/>
          <w:lang w:val="nl-NL"/>
        </w:rPr>
        <w:br w:type="page"/>
      </w:r>
    </w:p>
    <w:p w14:paraId="2DAE188F" w14:textId="77777777" w:rsidR="0033539E" w:rsidRPr="004C65BA" w:rsidRDefault="009518D8">
      <w:pPr>
        <w:pStyle w:val="Kop1"/>
        <w:pBdr>
          <w:bottom w:val="single" w:sz="12" w:space="4" w:color="F59A3A"/>
        </w:pBdr>
        <w:spacing w:after="80"/>
        <w:rPr>
          <w:rFonts w:ascii="Open Sans" w:hAnsi="Open Sans"/>
          <w:color w:val="002F54"/>
          <w:lang w:val="nl-NL"/>
        </w:rPr>
      </w:pPr>
      <w:r w:rsidRPr="004C65BA">
        <w:rPr>
          <w:rFonts w:ascii="Open Sans" w:hAnsi="Open Sans"/>
          <w:color w:val="002F54"/>
          <w:lang w:val="nl-NL"/>
        </w:rPr>
        <w:lastRenderedPageBreak/>
        <w:t xml:space="preserve">6. </w:t>
      </w:r>
      <w:proofErr w:type="spellStart"/>
      <w:r w:rsidRPr="004C65BA">
        <w:rPr>
          <w:rFonts w:ascii="Open Sans" w:hAnsi="Open Sans"/>
          <w:color w:val="002F54"/>
          <w:lang w:val="nl-NL"/>
        </w:rPr>
        <w:t>Tweestapsverificatie</w:t>
      </w:r>
      <w:proofErr w:type="spellEnd"/>
      <w:r w:rsidRPr="004C65BA">
        <w:rPr>
          <w:rFonts w:ascii="Open Sans" w:hAnsi="Open Sans"/>
          <w:color w:val="002F54"/>
          <w:lang w:val="nl-NL"/>
        </w:rPr>
        <w:t xml:space="preserve"> (2FA) instellen</w:t>
      </w:r>
    </w:p>
    <w:p w14:paraId="0AF0F839" w14:textId="77777777" w:rsidR="0033539E" w:rsidRPr="004C65BA" w:rsidRDefault="009518D8">
      <w:pPr>
        <w:spacing w:after="160"/>
        <w:rPr>
          <w:rFonts w:ascii="Open Sans" w:hAnsi="Open Sans"/>
          <w:color w:val="002F54"/>
        </w:rPr>
      </w:pPr>
      <w:r w:rsidRPr="004C65BA">
        <w:rPr>
          <w:rFonts w:ascii="Open Sans" w:hAnsi="Open Sans"/>
          <w:color w:val="002F54"/>
          <w:lang w:val="nl-NL"/>
        </w:rPr>
        <w:t xml:space="preserve">Met 2FA is naast uw wachtwoord ook een tijdelijke code uit een </w:t>
      </w:r>
      <w:proofErr w:type="spellStart"/>
      <w:r w:rsidRPr="004C65BA">
        <w:rPr>
          <w:rFonts w:ascii="Open Sans" w:hAnsi="Open Sans"/>
          <w:color w:val="002F54"/>
          <w:lang w:val="nl-NL"/>
        </w:rPr>
        <w:t>authenticator</w:t>
      </w:r>
      <w:proofErr w:type="spellEnd"/>
      <w:r w:rsidRPr="004C65BA">
        <w:rPr>
          <w:rFonts w:ascii="Open Sans" w:hAnsi="Open Sans"/>
          <w:color w:val="002F54"/>
          <w:lang w:val="nl-NL"/>
        </w:rPr>
        <w:t xml:space="preserve">-app nodig. </w:t>
      </w:r>
      <w:r w:rsidRPr="004C65BA">
        <w:rPr>
          <w:rFonts w:ascii="Open Sans" w:hAnsi="Open Sans"/>
          <w:color w:val="002F54"/>
        </w:rPr>
        <w:t xml:space="preserve">Dit </w:t>
      </w:r>
      <w:proofErr w:type="spellStart"/>
      <w:r w:rsidRPr="004C65BA">
        <w:rPr>
          <w:rFonts w:ascii="Open Sans" w:hAnsi="Open Sans"/>
          <w:color w:val="002F54"/>
        </w:rPr>
        <w:t>verkleint</w:t>
      </w:r>
      <w:proofErr w:type="spellEnd"/>
      <w:r w:rsidRPr="004C65BA">
        <w:rPr>
          <w:rFonts w:ascii="Open Sans" w:hAnsi="Open Sans"/>
          <w:color w:val="002F54"/>
        </w:rPr>
        <w:t xml:space="preserve"> het </w:t>
      </w:r>
      <w:proofErr w:type="spellStart"/>
      <w:r w:rsidRPr="004C65BA">
        <w:rPr>
          <w:rFonts w:ascii="Open Sans" w:hAnsi="Open Sans"/>
          <w:color w:val="002F54"/>
        </w:rPr>
        <w:t>risico</w:t>
      </w:r>
      <w:proofErr w:type="spellEnd"/>
      <w:r w:rsidRPr="004C65BA">
        <w:rPr>
          <w:rFonts w:ascii="Open Sans" w:hAnsi="Open Sans"/>
          <w:color w:val="002F54"/>
        </w:rPr>
        <w:t xml:space="preserve"> op ongeautoriseerde toegang.</w:t>
      </w:r>
    </w:p>
    <w:p w14:paraId="596F671E" w14:textId="77777777" w:rsidR="0033539E" w:rsidRPr="004C65BA" w:rsidRDefault="009518D8">
      <w:pPr>
        <w:spacing w:before="40" w:after="160"/>
        <w:jc w:val="center"/>
        <w:rPr>
          <w:rFonts w:ascii="Open Sans" w:hAnsi="Open Sans"/>
          <w:color w:val="002F54"/>
        </w:rPr>
      </w:pPr>
      <w:r w:rsidRPr="004C65BA">
        <w:rPr>
          <w:rFonts w:ascii="Open Sans" w:hAnsi="Open Sans"/>
          <w:noProof/>
          <w:color w:val="002F54"/>
        </w:rPr>
        <w:drawing>
          <wp:inline distT="0" distB="0" distL="0" distR="0" wp14:anchorId="65BBC33E" wp14:editId="6F3E1955">
            <wp:extent cx="5669280" cy="75713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75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0"/>
        <w:gridCol w:w="9448"/>
      </w:tblGrid>
      <w:tr w:rsidR="0033539E" w14:paraId="0F44B577" w14:textId="77777777" w:rsidTr="004C65BA">
        <w:trPr>
          <w:jc w:val="center"/>
        </w:trPr>
        <w:tc>
          <w:tcPr>
            <w:tcW w:w="920" w:type="dxa"/>
            <w:shd w:val="clear" w:color="FF9E4E" w:fill="FF9E4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21D3BD85" w14:textId="77777777" w:rsidR="0033539E" w:rsidRPr="004C65BA" w:rsidRDefault="009518D8" w:rsidP="004C65BA">
            <w:pPr>
              <w:jc w:val="center"/>
              <w:rPr>
                <w:rFonts w:ascii="Open Sans" w:hAnsi="Open Sans"/>
              </w:rPr>
            </w:pPr>
            <w:r w:rsidRPr="004C65BA">
              <w:rPr>
                <w:rFonts w:ascii="Open Sans" w:hAnsi="Open Sans"/>
                <w:b/>
                <w:color w:val="FFFFFF"/>
              </w:rPr>
              <w:t>11</w:t>
            </w:r>
          </w:p>
        </w:tc>
        <w:tc>
          <w:tcPr>
            <w:tcW w:w="944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531A6611" w14:textId="77777777" w:rsidR="0033539E" w:rsidRPr="004C65BA" w:rsidRDefault="009518D8">
            <w:pPr>
              <w:rPr>
                <w:rFonts w:ascii="Open Sans" w:hAnsi="Open Sans"/>
                <w:color w:val="002F54"/>
              </w:rPr>
            </w:pPr>
            <w:r w:rsidRPr="004C65BA">
              <w:rPr>
                <w:rFonts w:ascii="Open Sans" w:hAnsi="Open Sans"/>
                <w:b/>
                <w:color w:val="002F54"/>
                <w:sz w:val="26"/>
              </w:rPr>
              <w:t>Open de 2FA-configuratie</w:t>
            </w:r>
          </w:p>
          <w:p w14:paraId="36CA7058" w14:textId="77777777" w:rsidR="0033539E" w:rsidRPr="004C65BA" w:rsidRDefault="009518D8">
            <w:pPr>
              <w:spacing w:after="40"/>
              <w:rPr>
                <w:rFonts w:ascii="Open Sans" w:hAnsi="Open Sans"/>
                <w:color w:val="002F54"/>
              </w:rPr>
            </w:pPr>
            <w:r w:rsidRPr="004C65BA">
              <w:rPr>
                <w:rFonts w:ascii="Open Sans" w:hAnsi="Open Sans"/>
                <w:color w:val="002F54"/>
              </w:rPr>
              <w:t>Ga naar Security en klik naast Two-Factor Authentication op Configure.</w:t>
            </w:r>
          </w:p>
        </w:tc>
      </w:tr>
    </w:tbl>
    <w:p w14:paraId="59F2535F" w14:textId="77777777" w:rsidR="0033539E" w:rsidRPr="004C65BA" w:rsidRDefault="0033539E">
      <w:pPr>
        <w:spacing w:after="0"/>
        <w:rPr>
          <w:rFonts w:ascii="Open Sans" w:hAnsi="Open Sans"/>
          <w:color w:val="002F54"/>
        </w:rPr>
      </w:pPr>
    </w:p>
    <w:p w14:paraId="407545BE" w14:textId="64B928DD" w:rsidR="004C65BA" w:rsidRDefault="009518D8">
      <w:pPr>
        <w:spacing w:before="40" w:after="160"/>
        <w:jc w:val="center"/>
        <w:rPr>
          <w:rFonts w:ascii="Open Sans" w:hAnsi="Open Sans"/>
          <w:color w:val="002F54"/>
        </w:rPr>
      </w:pPr>
      <w:r w:rsidRPr="004C65BA">
        <w:rPr>
          <w:rFonts w:ascii="Open Sans" w:hAnsi="Open Sans"/>
          <w:noProof/>
          <w:color w:val="002F54"/>
        </w:rPr>
        <w:drawing>
          <wp:inline distT="0" distB="0" distL="0" distR="0" wp14:anchorId="3C5EBCBA" wp14:editId="197B0650">
            <wp:extent cx="2776572" cy="438912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76572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65BA">
        <w:rPr>
          <w:rFonts w:ascii="Open Sans" w:hAnsi="Open Sans"/>
          <w:color w:val="002F54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0"/>
        <w:gridCol w:w="9448"/>
      </w:tblGrid>
      <w:tr w:rsidR="0033539E" w:rsidRPr="004C65BA" w14:paraId="4B2388BD" w14:textId="77777777" w:rsidTr="004C65BA">
        <w:trPr>
          <w:jc w:val="center"/>
        </w:trPr>
        <w:tc>
          <w:tcPr>
            <w:tcW w:w="920" w:type="dxa"/>
            <w:shd w:val="clear" w:color="FF9E4E" w:fill="FF9E4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6E0168E1" w14:textId="77777777" w:rsidR="0033539E" w:rsidRPr="004C65BA" w:rsidRDefault="009518D8" w:rsidP="004C65BA">
            <w:pPr>
              <w:jc w:val="center"/>
              <w:rPr>
                <w:rFonts w:ascii="Open Sans" w:hAnsi="Open Sans"/>
              </w:rPr>
            </w:pPr>
            <w:r w:rsidRPr="004C65BA">
              <w:rPr>
                <w:rFonts w:ascii="Open Sans" w:hAnsi="Open Sans"/>
                <w:b/>
                <w:color w:val="FFFFFF"/>
              </w:rPr>
              <w:lastRenderedPageBreak/>
              <w:t>12</w:t>
            </w:r>
          </w:p>
        </w:tc>
        <w:tc>
          <w:tcPr>
            <w:tcW w:w="944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47217E4B" w14:textId="77777777" w:rsidR="0033539E" w:rsidRPr="004C65BA" w:rsidRDefault="009518D8">
            <w:pPr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b/>
                <w:color w:val="002F54"/>
                <w:sz w:val="26"/>
                <w:lang w:val="nl-NL"/>
              </w:rPr>
              <w:t>Toon de QR-code in MCXess</w:t>
            </w:r>
          </w:p>
          <w:p w14:paraId="6AF6D524" w14:textId="77777777" w:rsidR="0033539E" w:rsidRPr="004C65BA" w:rsidRDefault="009518D8">
            <w:pPr>
              <w:spacing w:after="40"/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color w:val="002F54"/>
                <w:lang w:val="nl-NL"/>
              </w:rPr>
              <w:t xml:space="preserve">Na het klikken op </w:t>
            </w:r>
            <w:proofErr w:type="spellStart"/>
            <w:r w:rsidRPr="004C65BA">
              <w:rPr>
                <w:rFonts w:ascii="Open Sans" w:hAnsi="Open Sans"/>
                <w:color w:val="002F54"/>
                <w:lang w:val="nl-NL"/>
              </w:rPr>
              <w:t>Configure</w:t>
            </w:r>
            <w:proofErr w:type="spellEnd"/>
            <w:r w:rsidRPr="004C65BA">
              <w:rPr>
                <w:rFonts w:ascii="Open Sans" w:hAnsi="Open Sans"/>
                <w:color w:val="002F54"/>
                <w:lang w:val="nl-NL"/>
              </w:rPr>
              <w:t xml:space="preserve"> verschijnt een unieke QR-code. Laat dit scherm open terwijl u de </w:t>
            </w:r>
            <w:proofErr w:type="spellStart"/>
            <w:r w:rsidRPr="004C65BA">
              <w:rPr>
                <w:rFonts w:ascii="Open Sans" w:hAnsi="Open Sans"/>
                <w:color w:val="002F54"/>
                <w:lang w:val="nl-NL"/>
              </w:rPr>
              <w:t>authenticator</w:t>
            </w:r>
            <w:proofErr w:type="spellEnd"/>
            <w:r w:rsidRPr="004C65BA">
              <w:rPr>
                <w:rFonts w:ascii="Open Sans" w:hAnsi="Open Sans"/>
                <w:color w:val="002F54"/>
                <w:lang w:val="nl-NL"/>
              </w:rPr>
              <w:t>-app op uw telefoon instelt.</w:t>
            </w:r>
          </w:p>
          <w:p w14:paraId="1A5BB460" w14:textId="77777777" w:rsidR="0033539E" w:rsidRPr="004C65BA" w:rsidRDefault="009518D8">
            <w:pPr>
              <w:spacing w:before="80"/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i/>
                <w:color w:val="002F54"/>
                <w:sz w:val="19"/>
                <w:lang w:val="nl-NL"/>
              </w:rPr>
              <w:t>De QR-code geeft toegang tot uw 2FA-configuratie. Deel de QR-code niet en maak er geen foto van.</w:t>
            </w:r>
          </w:p>
        </w:tc>
      </w:tr>
    </w:tbl>
    <w:p w14:paraId="2D41878A" w14:textId="77777777" w:rsidR="0033539E" w:rsidRPr="004C65BA" w:rsidRDefault="0033539E">
      <w:pPr>
        <w:spacing w:after="0"/>
        <w:rPr>
          <w:rFonts w:ascii="Open Sans" w:hAnsi="Open Sans"/>
          <w:color w:val="002F54"/>
          <w:lang w:val="nl-NL"/>
        </w:rPr>
      </w:pPr>
    </w:p>
    <w:p w14:paraId="45F97A8C" w14:textId="77777777" w:rsidR="0033539E" w:rsidRPr="004C65BA" w:rsidRDefault="009518D8">
      <w:pPr>
        <w:pStyle w:val="Kop2"/>
        <w:rPr>
          <w:rFonts w:ascii="Open Sans" w:hAnsi="Open Sans"/>
          <w:color w:val="002F54"/>
        </w:rPr>
      </w:pPr>
      <w:r w:rsidRPr="004C65BA">
        <w:rPr>
          <w:rFonts w:ascii="Open Sans" w:hAnsi="Open Sans"/>
          <w:color w:val="002F54"/>
        </w:rPr>
        <w:t>Google Authenticator</w:t>
      </w:r>
    </w:p>
    <w:p w14:paraId="0EDF164B" w14:textId="77777777" w:rsidR="0033539E" w:rsidRPr="004C65BA" w:rsidRDefault="009518D8">
      <w:pPr>
        <w:spacing w:before="40" w:after="160"/>
        <w:jc w:val="center"/>
        <w:rPr>
          <w:rFonts w:ascii="Open Sans" w:hAnsi="Open Sans"/>
          <w:color w:val="002F54"/>
        </w:rPr>
      </w:pPr>
      <w:r w:rsidRPr="004C65BA">
        <w:rPr>
          <w:rFonts w:ascii="Open Sans" w:hAnsi="Open Sans"/>
          <w:noProof/>
          <w:color w:val="002F54"/>
        </w:rPr>
        <w:drawing>
          <wp:inline distT="0" distB="0" distL="0" distR="0" wp14:anchorId="1FADDD44" wp14:editId="6C0E4800">
            <wp:extent cx="2310138" cy="420624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10138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0"/>
        <w:gridCol w:w="9448"/>
      </w:tblGrid>
      <w:tr w:rsidR="0033539E" w:rsidRPr="004C65BA" w14:paraId="595CAE06" w14:textId="77777777" w:rsidTr="004C65BA">
        <w:trPr>
          <w:jc w:val="center"/>
        </w:trPr>
        <w:tc>
          <w:tcPr>
            <w:tcW w:w="920" w:type="dxa"/>
            <w:shd w:val="clear" w:color="FF9E4E" w:fill="FF9E4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1F66EF06" w14:textId="77777777" w:rsidR="0033539E" w:rsidRPr="004C65BA" w:rsidRDefault="009518D8" w:rsidP="004C65BA">
            <w:pPr>
              <w:jc w:val="center"/>
              <w:rPr>
                <w:rFonts w:ascii="Open Sans" w:hAnsi="Open Sans"/>
              </w:rPr>
            </w:pPr>
            <w:r w:rsidRPr="004C65BA">
              <w:rPr>
                <w:rFonts w:ascii="Open Sans" w:hAnsi="Open Sans"/>
                <w:b/>
                <w:color w:val="FFFFFF"/>
              </w:rPr>
              <w:t>13</w:t>
            </w:r>
          </w:p>
        </w:tc>
        <w:tc>
          <w:tcPr>
            <w:tcW w:w="944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4AEC805C" w14:textId="77777777" w:rsidR="0033539E" w:rsidRPr="004C65BA" w:rsidRDefault="009518D8">
            <w:pPr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b/>
                <w:color w:val="002F54"/>
                <w:sz w:val="26"/>
                <w:lang w:val="nl-NL"/>
              </w:rPr>
              <w:t xml:space="preserve">QR-code toevoegen in Google </w:t>
            </w:r>
            <w:proofErr w:type="spellStart"/>
            <w:r w:rsidRPr="004C65BA">
              <w:rPr>
                <w:rFonts w:ascii="Open Sans" w:hAnsi="Open Sans"/>
                <w:b/>
                <w:color w:val="002F54"/>
                <w:sz w:val="26"/>
                <w:lang w:val="nl-NL"/>
              </w:rPr>
              <w:t>Authenticator</w:t>
            </w:r>
            <w:proofErr w:type="spellEnd"/>
          </w:p>
          <w:p w14:paraId="6E0538B0" w14:textId="77777777" w:rsidR="0033539E" w:rsidRPr="004C65BA" w:rsidRDefault="009518D8">
            <w:pPr>
              <w:spacing w:after="40"/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color w:val="002F54"/>
                <w:lang w:val="nl-NL"/>
              </w:rPr>
              <w:t xml:space="preserve">Open Google </w:t>
            </w:r>
            <w:proofErr w:type="spellStart"/>
            <w:r w:rsidRPr="004C65BA">
              <w:rPr>
                <w:rFonts w:ascii="Open Sans" w:hAnsi="Open Sans"/>
                <w:color w:val="002F54"/>
                <w:lang w:val="nl-NL"/>
              </w:rPr>
              <w:t>Authenticator</w:t>
            </w:r>
            <w:proofErr w:type="spellEnd"/>
            <w:r w:rsidRPr="004C65BA">
              <w:rPr>
                <w:rFonts w:ascii="Open Sans" w:hAnsi="Open Sans"/>
                <w:color w:val="002F54"/>
                <w:lang w:val="nl-NL"/>
              </w:rPr>
              <w:t>, tik rechtsonder op + en kies QR-code scannen. Richt de camera op de QR-code in MCXess. De MCXess-verificatiecode wordt daarna automatisch toegevoegd.</w:t>
            </w:r>
          </w:p>
        </w:tc>
      </w:tr>
    </w:tbl>
    <w:p w14:paraId="538D0035" w14:textId="77777777" w:rsidR="0033539E" w:rsidRPr="004C65BA" w:rsidRDefault="0033539E">
      <w:pPr>
        <w:spacing w:after="0"/>
        <w:rPr>
          <w:rFonts w:ascii="Open Sans" w:hAnsi="Open Sans"/>
          <w:color w:val="002F54"/>
          <w:lang w:val="nl-NL"/>
        </w:rPr>
      </w:pPr>
    </w:p>
    <w:p w14:paraId="634DDDE6" w14:textId="77777777" w:rsidR="0033539E" w:rsidRPr="004C65BA" w:rsidRDefault="009518D8">
      <w:pPr>
        <w:pStyle w:val="Kop2"/>
        <w:rPr>
          <w:rFonts w:ascii="Open Sans" w:hAnsi="Open Sans"/>
          <w:color w:val="002F54"/>
        </w:rPr>
      </w:pPr>
      <w:r w:rsidRPr="004C65BA">
        <w:rPr>
          <w:rFonts w:ascii="Open Sans" w:hAnsi="Open Sans"/>
          <w:color w:val="002F54"/>
        </w:rPr>
        <w:lastRenderedPageBreak/>
        <w:t>Microsoft Authenticator</w:t>
      </w:r>
    </w:p>
    <w:p w14:paraId="3D46A8EE" w14:textId="77777777" w:rsidR="0033539E" w:rsidRPr="004C65BA" w:rsidRDefault="009518D8">
      <w:pPr>
        <w:spacing w:before="40" w:after="160"/>
        <w:jc w:val="center"/>
        <w:rPr>
          <w:rFonts w:ascii="Open Sans" w:hAnsi="Open Sans"/>
          <w:color w:val="002F54"/>
        </w:rPr>
      </w:pPr>
      <w:r w:rsidRPr="004C65BA">
        <w:rPr>
          <w:rFonts w:ascii="Open Sans" w:hAnsi="Open Sans"/>
          <w:noProof/>
          <w:color w:val="002F54"/>
        </w:rPr>
        <w:drawing>
          <wp:inline distT="0" distB="0" distL="0" distR="0" wp14:anchorId="7AED2115" wp14:editId="761B10D8">
            <wp:extent cx="2257313" cy="489204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crosoft_authenticator_blurred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57313" cy="489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0"/>
        <w:gridCol w:w="9448"/>
      </w:tblGrid>
      <w:tr w:rsidR="0033539E" w:rsidRPr="004C65BA" w14:paraId="643FC45B" w14:textId="77777777" w:rsidTr="004C65BA">
        <w:trPr>
          <w:jc w:val="center"/>
        </w:trPr>
        <w:tc>
          <w:tcPr>
            <w:tcW w:w="920" w:type="dxa"/>
            <w:shd w:val="clear" w:color="FF9E4E" w:fill="FF9E4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5ACB8D46" w14:textId="77777777" w:rsidR="0033539E" w:rsidRPr="004C65BA" w:rsidRDefault="009518D8" w:rsidP="004C65BA">
            <w:pPr>
              <w:jc w:val="center"/>
              <w:rPr>
                <w:rFonts w:ascii="Open Sans" w:hAnsi="Open Sans"/>
              </w:rPr>
            </w:pPr>
            <w:r w:rsidRPr="004C65BA">
              <w:rPr>
                <w:rFonts w:ascii="Open Sans" w:hAnsi="Open Sans"/>
                <w:b/>
                <w:color w:val="FFFFFF"/>
              </w:rPr>
              <w:t>14</w:t>
            </w:r>
          </w:p>
        </w:tc>
        <w:tc>
          <w:tcPr>
            <w:tcW w:w="944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4DF795F6" w14:textId="77777777" w:rsidR="0033539E" w:rsidRPr="004C65BA" w:rsidRDefault="009518D8">
            <w:pPr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b/>
                <w:color w:val="002F54"/>
                <w:sz w:val="26"/>
                <w:lang w:val="nl-NL"/>
              </w:rPr>
              <w:t xml:space="preserve">QR-code toevoegen in Microsoft </w:t>
            </w:r>
            <w:proofErr w:type="spellStart"/>
            <w:r w:rsidRPr="004C65BA">
              <w:rPr>
                <w:rFonts w:ascii="Open Sans" w:hAnsi="Open Sans"/>
                <w:b/>
                <w:color w:val="002F54"/>
                <w:sz w:val="26"/>
                <w:lang w:val="nl-NL"/>
              </w:rPr>
              <w:t>Authenticator</w:t>
            </w:r>
            <w:proofErr w:type="spellEnd"/>
          </w:p>
          <w:p w14:paraId="2E40EEE9" w14:textId="7127FAB4" w:rsidR="0033539E" w:rsidRPr="004C65BA" w:rsidRDefault="009518D8">
            <w:pPr>
              <w:spacing w:after="40"/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color w:val="002F54"/>
                <w:lang w:val="nl-NL"/>
              </w:rPr>
              <w:t xml:space="preserve">Open Microsoft </w:t>
            </w:r>
            <w:proofErr w:type="spellStart"/>
            <w:r w:rsidRPr="004C65BA">
              <w:rPr>
                <w:rFonts w:ascii="Open Sans" w:hAnsi="Open Sans"/>
                <w:color w:val="002F54"/>
                <w:lang w:val="nl-NL"/>
              </w:rPr>
              <w:t>Authenticator</w:t>
            </w:r>
            <w:proofErr w:type="spellEnd"/>
            <w:r w:rsidRPr="004C65BA">
              <w:rPr>
                <w:rFonts w:ascii="Open Sans" w:hAnsi="Open Sans"/>
                <w:color w:val="002F54"/>
                <w:lang w:val="nl-NL"/>
              </w:rPr>
              <w:t xml:space="preserve"> en tik rechtsboven op +. Kies Ander account of Werk- of schoolaccount en selecteer QR-code scannen. Richt de camera op de QR-code in MCXess. Het nieuwe MCXess-account verschijnt daarna in de app.</w:t>
            </w:r>
          </w:p>
          <w:p w14:paraId="0C1A33BE" w14:textId="77777777" w:rsidR="0033539E" w:rsidRPr="004C65BA" w:rsidRDefault="009518D8">
            <w:pPr>
              <w:spacing w:before="80"/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i/>
                <w:color w:val="002F54"/>
                <w:sz w:val="19"/>
                <w:lang w:val="nl-NL"/>
              </w:rPr>
              <w:t>De accountnamen en verificatiecodes in de afbeelding zijn om privacyredenen onherkenbaar gemaakt. De blauwe QR-knop rechtsonder kan ook worden gebruikt om een QR-code te scannen.</w:t>
            </w:r>
          </w:p>
        </w:tc>
      </w:tr>
    </w:tbl>
    <w:p w14:paraId="7D5CCA12" w14:textId="77777777" w:rsidR="0033539E" w:rsidRPr="004C65BA" w:rsidRDefault="0033539E">
      <w:pPr>
        <w:spacing w:after="0"/>
        <w:rPr>
          <w:rFonts w:ascii="Open Sans" w:hAnsi="Open Sans"/>
          <w:color w:val="002F54"/>
          <w:lang w:val="nl-NL"/>
        </w:rPr>
      </w:pPr>
    </w:p>
    <w:p w14:paraId="0EBEFB40" w14:textId="77777777" w:rsidR="00F026A2" w:rsidRPr="004C65BA" w:rsidRDefault="00F026A2">
      <w:pPr>
        <w:spacing w:after="0"/>
        <w:rPr>
          <w:rFonts w:ascii="Open Sans" w:hAnsi="Open Sans"/>
          <w:color w:val="002F54"/>
          <w:lang w:val="nl-NL"/>
        </w:rPr>
      </w:pPr>
    </w:p>
    <w:p w14:paraId="17775DA7" w14:textId="77777777" w:rsidR="00F026A2" w:rsidRPr="004C65BA" w:rsidRDefault="00F026A2">
      <w:pPr>
        <w:spacing w:after="0"/>
        <w:rPr>
          <w:rFonts w:ascii="Open Sans" w:hAnsi="Open Sans"/>
          <w:color w:val="002F54"/>
          <w:lang w:val="nl-NL"/>
        </w:rPr>
      </w:pPr>
    </w:p>
    <w:p w14:paraId="033F3789" w14:textId="77777777" w:rsidR="00F026A2" w:rsidRPr="004C65BA" w:rsidRDefault="00F026A2">
      <w:pPr>
        <w:spacing w:after="0"/>
        <w:rPr>
          <w:rFonts w:ascii="Open Sans" w:hAnsi="Open Sans"/>
          <w:color w:val="002F54"/>
          <w:lang w:val="nl-NL"/>
        </w:rPr>
      </w:pPr>
    </w:p>
    <w:p w14:paraId="2794F023" w14:textId="1874577C" w:rsidR="004C65BA" w:rsidRDefault="004C65BA">
      <w:pPr>
        <w:spacing w:after="0"/>
        <w:rPr>
          <w:rFonts w:ascii="Open Sans" w:hAnsi="Open Sans"/>
          <w:color w:val="002F54"/>
          <w:lang w:val="nl-NL"/>
        </w:rPr>
      </w:pPr>
      <w:r>
        <w:rPr>
          <w:rFonts w:ascii="Open Sans" w:hAnsi="Open Sans"/>
          <w:color w:val="002F54"/>
          <w:lang w:val="nl-NL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0"/>
        <w:gridCol w:w="9448"/>
      </w:tblGrid>
      <w:tr w:rsidR="0033539E" w:rsidRPr="004C65BA" w14:paraId="7397A41A" w14:textId="77777777" w:rsidTr="004C65BA">
        <w:trPr>
          <w:jc w:val="center"/>
        </w:trPr>
        <w:tc>
          <w:tcPr>
            <w:tcW w:w="920" w:type="dxa"/>
            <w:shd w:val="clear" w:color="FF9E4E" w:fill="FF9E4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6BC10DC5" w14:textId="77777777" w:rsidR="0033539E" w:rsidRPr="004C65BA" w:rsidRDefault="009518D8" w:rsidP="004C65BA">
            <w:pPr>
              <w:jc w:val="center"/>
              <w:rPr>
                <w:rFonts w:ascii="Open Sans" w:hAnsi="Open Sans"/>
              </w:rPr>
            </w:pPr>
            <w:r w:rsidRPr="004C65BA">
              <w:rPr>
                <w:rFonts w:ascii="Open Sans" w:hAnsi="Open Sans"/>
                <w:b/>
                <w:color w:val="FFFFFF"/>
              </w:rPr>
              <w:lastRenderedPageBreak/>
              <w:t>15</w:t>
            </w:r>
          </w:p>
        </w:tc>
        <w:tc>
          <w:tcPr>
            <w:tcW w:w="944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683A3ADF" w14:textId="77777777" w:rsidR="0033539E" w:rsidRPr="004C65BA" w:rsidRDefault="009518D8">
            <w:pPr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b/>
                <w:color w:val="002F54"/>
                <w:sz w:val="26"/>
                <w:lang w:val="nl-NL"/>
              </w:rPr>
              <w:t>Bevestig de tijdelijke code</w:t>
            </w:r>
          </w:p>
          <w:p w14:paraId="1CF1640A" w14:textId="77777777" w:rsidR="0033539E" w:rsidRPr="004C65BA" w:rsidRDefault="009518D8">
            <w:pPr>
              <w:spacing w:after="40"/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color w:val="002F54"/>
                <w:lang w:val="nl-NL"/>
              </w:rPr>
              <w:t xml:space="preserve">De </w:t>
            </w:r>
            <w:proofErr w:type="spellStart"/>
            <w:r w:rsidRPr="004C65BA">
              <w:rPr>
                <w:rFonts w:ascii="Open Sans" w:hAnsi="Open Sans"/>
                <w:color w:val="002F54"/>
                <w:lang w:val="nl-NL"/>
              </w:rPr>
              <w:t>authenticator</w:t>
            </w:r>
            <w:proofErr w:type="spellEnd"/>
            <w:r w:rsidRPr="004C65BA">
              <w:rPr>
                <w:rFonts w:ascii="Open Sans" w:hAnsi="Open Sans"/>
                <w:color w:val="002F54"/>
                <w:lang w:val="nl-NL"/>
              </w:rPr>
              <w:t xml:space="preserve">-app toont een </w:t>
            </w:r>
            <w:proofErr w:type="spellStart"/>
            <w:r w:rsidRPr="004C65BA">
              <w:rPr>
                <w:rFonts w:ascii="Open Sans" w:hAnsi="Open Sans"/>
                <w:color w:val="002F54"/>
                <w:lang w:val="nl-NL"/>
              </w:rPr>
              <w:t>zescijferige</w:t>
            </w:r>
            <w:proofErr w:type="spellEnd"/>
            <w:r w:rsidRPr="004C65BA">
              <w:rPr>
                <w:rFonts w:ascii="Open Sans" w:hAnsi="Open Sans"/>
                <w:color w:val="002F54"/>
                <w:lang w:val="nl-NL"/>
              </w:rPr>
              <w:t xml:space="preserve"> code die regelmatig wordt vernieuwd. Vul de actuele code in MCXess in en bevestig de configuratie. Wanneer 2FA actief is, ziet u dit terug in het tabblad Security.</w:t>
            </w:r>
          </w:p>
        </w:tc>
      </w:tr>
    </w:tbl>
    <w:p w14:paraId="1B7F7CCC" w14:textId="77777777" w:rsidR="0033539E" w:rsidRPr="004C65BA" w:rsidRDefault="0033539E">
      <w:pPr>
        <w:spacing w:after="0"/>
        <w:rPr>
          <w:rFonts w:ascii="Open Sans" w:hAnsi="Open Sans"/>
          <w:color w:val="002F54"/>
          <w:lang w:val="nl-N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33539E" w:rsidRPr="004C65BA" w14:paraId="2224DD7E" w14:textId="77777777" w:rsidTr="00D22A29">
        <w:trPr>
          <w:jc w:val="center"/>
        </w:trPr>
        <w:tc>
          <w:tcPr>
            <w:tcW w:w="1036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4E361A0" w14:textId="77777777" w:rsidR="0033539E" w:rsidRPr="004C65BA" w:rsidRDefault="009518D8">
            <w:pPr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b/>
                <w:color w:val="002F54"/>
                <w:lang w:val="nl-NL"/>
              </w:rPr>
              <w:t xml:space="preserve">Bij een volgende aanmelding:  </w:t>
            </w:r>
            <w:r w:rsidRPr="004C65BA">
              <w:rPr>
                <w:rFonts w:ascii="Open Sans" w:hAnsi="Open Sans"/>
                <w:color w:val="002F54"/>
                <w:lang w:val="nl-NL"/>
              </w:rPr>
              <w:t xml:space="preserve">Open uw </w:t>
            </w:r>
            <w:proofErr w:type="spellStart"/>
            <w:r w:rsidRPr="004C65BA">
              <w:rPr>
                <w:rFonts w:ascii="Open Sans" w:hAnsi="Open Sans"/>
                <w:color w:val="002F54"/>
                <w:lang w:val="nl-NL"/>
              </w:rPr>
              <w:t>authenticator</w:t>
            </w:r>
            <w:proofErr w:type="spellEnd"/>
            <w:r w:rsidRPr="004C65BA">
              <w:rPr>
                <w:rFonts w:ascii="Open Sans" w:hAnsi="Open Sans"/>
                <w:color w:val="002F54"/>
                <w:lang w:val="nl-NL"/>
              </w:rPr>
              <w:t xml:space="preserve">-app, neem de actuele </w:t>
            </w:r>
            <w:proofErr w:type="spellStart"/>
            <w:r w:rsidRPr="004C65BA">
              <w:rPr>
                <w:rFonts w:ascii="Open Sans" w:hAnsi="Open Sans"/>
                <w:color w:val="002F54"/>
                <w:lang w:val="nl-NL"/>
              </w:rPr>
              <w:t>zescijferige</w:t>
            </w:r>
            <w:proofErr w:type="spellEnd"/>
            <w:r w:rsidRPr="004C65BA">
              <w:rPr>
                <w:rFonts w:ascii="Open Sans" w:hAnsi="Open Sans"/>
                <w:color w:val="002F54"/>
                <w:lang w:val="nl-NL"/>
              </w:rPr>
              <w:t xml:space="preserve"> code over en bevestig de aanmelding voordat de code verloopt.</w:t>
            </w:r>
          </w:p>
        </w:tc>
      </w:tr>
    </w:tbl>
    <w:p w14:paraId="7B51DE3F" w14:textId="2D62E2E8" w:rsidR="004C65BA" w:rsidRDefault="004C65BA">
      <w:pPr>
        <w:spacing w:after="0"/>
        <w:rPr>
          <w:rFonts w:ascii="Open Sans" w:hAnsi="Open Sans"/>
          <w:color w:val="002F54"/>
          <w:lang w:val="nl-NL"/>
        </w:rPr>
      </w:pPr>
      <w:r>
        <w:rPr>
          <w:rFonts w:ascii="Open Sans" w:hAnsi="Open Sans"/>
          <w:color w:val="002F54"/>
          <w:lang w:val="nl-NL"/>
        </w:rPr>
        <w:br w:type="page"/>
      </w:r>
    </w:p>
    <w:p w14:paraId="0EC80EED" w14:textId="77777777" w:rsidR="0033539E" w:rsidRPr="004C65BA" w:rsidRDefault="009518D8">
      <w:pPr>
        <w:pStyle w:val="Kop1"/>
        <w:pBdr>
          <w:bottom w:val="single" w:sz="12" w:space="4" w:color="F59A3A"/>
        </w:pBdr>
        <w:spacing w:after="80"/>
        <w:rPr>
          <w:rFonts w:ascii="Open Sans" w:hAnsi="Open Sans"/>
          <w:color w:val="002F54"/>
          <w:lang w:val="nl-NL"/>
        </w:rPr>
      </w:pPr>
      <w:r w:rsidRPr="004C65BA">
        <w:rPr>
          <w:rFonts w:ascii="Open Sans" w:hAnsi="Open Sans"/>
          <w:color w:val="002F54"/>
          <w:lang w:val="nl-NL"/>
        </w:rPr>
        <w:lastRenderedPageBreak/>
        <w:t>7. Overige beveiligingsinstellingen</w:t>
      </w:r>
    </w:p>
    <w:p w14:paraId="2BF14D46" w14:textId="77777777" w:rsidR="0033539E" w:rsidRPr="004C65BA" w:rsidRDefault="009518D8">
      <w:pPr>
        <w:spacing w:after="160"/>
        <w:rPr>
          <w:rFonts w:ascii="Open Sans" w:hAnsi="Open Sans"/>
          <w:color w:val="002F54"/>
          <w:lang w:val="nl-NL"/>
        </w:rPr>
      </w:pPr>
      <w:r w:rsidRPr="004C65BA">
        <w:rPr>
          <w:rFonts w:ascii="Open Sans" w:hAnsi="Open Sans"/>
          <w:color w:val="002F54"/>
          <w:lang w:val="nl-NL"/>
        </w:rPr>
        <w:t>In het tabblad Security kunt u ook actieve sessies controleren.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0"/>
        <w:gridCol w:w="9448"/>
      </w:tblGrid>
      <w:tr w:rsidR="0033539E" w:rsidRPr="004C65BA" w14:paraId="3FE76B3C" w14:textId="77777777" w:rsidTr="004C65BA">
        <w:trPr>
          <w:jc w:val="center"/>
        </w:trPr>
        <w:tc>
          <w:tcPr>
            <w:tcW w:w="920" w:type="dxa"/>
            <w:shd w:val="clear" w:color="FF9E4E" w:fill="FF9E4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632E5297" w14:textId="77777777" w:rsidR="0033539E" w:rsidRPr="004C65BA" w:rsidRDefault="009518D8" w:rsidP="004C65BA">
            <w:pPr>
              <w:jc w:val="center"/>
              <w:rPr>
                <w:rFonts w:ascii="Open Sans" w:hAnsi="Open Sans"/>
              </w:rPr>
            </w:pPr>
            <w:r w:rsidRPr="004C65BA">
              <w:rPr>
                <w:rFonts w:ascii="Open Sans" w:hAnsi="Open Sans"/>
                <w:b/>
                <w:color w:val="FFFFFF"/>
              </w:rPr>
              <w:t>16</w:t>
            </w:r>
          </w:p>
        </w:tc>
        <w:tc>
          <w:tcPr>
            <w:tcW w:w="944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032354BC" w14:textId="77777777" w:rsidR="0033539E" w:rsidRPr="004C65BA" w:rsidRDefault="009518D8">
            <w:pPr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b/>
                <w:color w:val="002F54"/>
                <w:sz w:val="26"/>
                <w:lang w:val="nl-NL"/>
              </w:rPr>
              <w:t>Actieve sessies controleren</w:t>
            </w:r>
          </w:p>
          <w:p w14:paraId="7D7656A8" w14:textId="77777777" w:rsidR="0033539E" w:rsidRPr="004C65BA" w:rsidRDefault="009518D8">
            <w:pPr>
              <w:spacing w:after="40"/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color w:val="002F54"/>
                <w:lang w:val="nl-NL"/>
              </w:rPr>
              <w:t xml:space="preserve">Onder Active </w:t>
            </w:r>
            <w:proofErr w:type="spellStart"/>
            <w:r w:rsidRPr="004C65BA">
              <w:rPr>
                <w:rFonts w:ascii="Open Sans" w:hAnsi="Open Sans"/>
                <w:color w:val="002F54"/>
                <w:lang w:val="nl-NL"/>
              </w:rPr>
              <w:t>Sessions</w:t>
            </w:r>
            <w:proofErr w:type="spellEnd"/>
            <w:r w:rsidRPr="004C65BA">
              <w:rPr>
                <w:rFonts w:ascii="Open Sans" w:hAnsi="Open Sans"/>
                <w:color w:val="002F54"/>
                <w:lang w:val="nl-NL"/>
              </w:rPr>
              <w:t xml:space="preserve"> ziet u waar uw account momenteel is aangemeld. Klik op View details om aanvullende informatie over een sessie te bekijken.</w:t>
            </w:r>
          </w:p>
        </w:tc>
      </w:tr>
    </w:tbl>
    <w:p w14:paraId="2C09C579" w14:textId="77777777" w:rsidR="0033539E" w:rsidRPr="004C65BA" w:rsidRDefault="0033539E">
      <w:pPr>
        <w:spacing w:after="0"/>
        <w:rPr>
          <w:rFonts w:ascii="Open Sans" w:hAnsi="Open Sans"/>
          <w:color w:val="002F54"/>
          <w:lang w:val="nl-N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0"/>
        <w:gridCol w:w="9448"/>
      </w:tblGrid>
      <w:tr w:rsidR="0033539E" w:rsidRPr="004C65BA" w14:paraId="0B0491D6" w14:textId="77777777" w:rsidTr="004C65BA">
        <w:trPr>
          <w:jc w:val="center"/>
        </w:trPr>
        <w:tc>
          <w:tcPr>
            <w:tcW w:w="920" w:type="dxa"/>
            <w:shd w:val="clear" w:color="FF9E4E" w:fill="FF9E4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0DE98349" w14:textId="77777777" w:rsidR="0033539E" w:rsidRPr="004C65BA" w:rsidRDefault="009518D8" w:rsidP="004C65BA">
            <w:pPr>
              <w:jc w:val="center"/>
              <w:rPr>
                <w:rFonts w:ascii="Open Sans" w:hAnsi="Open Sans"/>
              </w:rPr>
            </w:pPr>
            <w:r w:rsidRPr="004C65BA">
              <w:rPr>
                <w:rFonts w:ascii="Open Sans" w:hAnsi="Open Sans"/>
                <w:b/>
                <w:color w:val="FFFFFF"/>
              </w:rPr>
              <w:t>17</w:t>
            </w:r>
          </w:p>
        </w:tc>
        <w:tc>
          <w:tcPr>
            <w:tcW w:w="944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525E3034" w14:textId="77777777" w:rsidR="0033539E" w:rsidRPr="004C65BA" w:rsidRDefault="009518D8">
            <w:pPr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b/>
                <w:color w:val="002F54"/>
                <w:sz w:val="26"/>
                <w:lang w:val="nl-NL"/>
              </w:rPr>
              <w:t>Alle sessies afmelden</w:t>
            </w:r>
          </w:p>
          <w:p w14:paraId="026C2CF0" w14:textId="77777777" w:rsidR="0033539E" w:rsidRPr="004C65BA" w:rsidRDefault="009518D8">
            <w:pPr>
              <w:spacing w:after="40"/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color w:val="002F54"/>
                <w:lang w:val="nl-NL"/>
              </w:rPr>
              <w:t xml:space="preserve">Gebruik Log Out </w:t>
            </w:r>
            <w:proofErr w:type="spellStart"/>
            <w:r w:rsidRPr="004C65BA">
              <w:rPr>
                <w:rFonts w:ascii="Open Sans" w:hAnsi="Open Sans"/>
                <w:color w:val="002F54"/>
                <w:lang w:val="nl-NL"/>
              </w:rPr>
              <w:t>All</w:t>
            </w:r>
            <w:proofErr w:type="spellEnd"/>
            <w:r w:rsidRPr="004C65BA">
              <w:rPr>
                <w:rFonts w:ascii="Open Sans" w:hAnsi="Open Sans"/>
                <w:color w:val="002F54"/>
                <w:lang w:val="nl-NL"/>
              </w:rPr>
              <w:t xml:space="preserve"> </w:t>
            </w:r>
            <w:proofErr w:type="spellStart"/>
            <w:r w:rsidRPr="004C65BA">
              <w:rPr>
                <w:rFonts w:ascii="Open Sans" w:hAnsi="Open Sans"/>
                <w:color w:val="002F54"/>
                <w:lang w:val="nl-NL"/>
              </w:rPr>
              <w:t>Sessions</w:t>
            </w:r>
            <w:proofErr w:type="spellEnd"/>
            <w:r w:rsidRPr="004C65BA">
              <w:rPr>
                <w:rFonts w:ascii="Open Sans" w:hAnsi="Open Sans"/>
                <w:color w:val="002F54"/>
                <w:lang w:val="nl-NL"/>
              </w:rPr>
              <w:t xml:space="preserve"> wanneer u vermoedt dat uw account op een onbekend of verloren apparaat is aangemeld. U wordt daarna op alle apparaten afgemeld en moet opnieuw inloggen.</w:t>
            </w:r>
          </w:p>
        </w:tc>
      </w:tr>
    </w:tbl>
    <w:p w14:paraId="495B7D62" w14:textId="77777777" w:rsidR="0033539E" w:rsidRPr="004C65BA" w:rsidRDefault="0033539E">
      <w:pPr>
        <w:spacing w:after="0"/>
        <w:rPr>
          <w:rFonts w:ascii="Open Sans" w:hAnsi="Open Sans"/>
          <w:color w:val="002F54"/>
          <w:lang w:val="nl-N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0"/>
        <w:gridCol w:w="9448"/>
      </w:tblGrid>
      <w:tr w:rsidR="0033539E" w:rsidRPr="004C65BA" w14:paraId="484EACE9" w14:textId="77777777" w:rsidTr="004C65BA">
        <w:trPr>
          <w:jc w:val="center"/>
        </w:trPr>
        <w:tc>
          <w:tcPr>
            <w:tcW w:w="920" w:type="dxa"/>
            <w:shd w:val="clear" w:color="FF9E4E" w:fill="FF9E4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55E603BD" w14:textId="77777777" w:rsidR="0033539E" w:rsidRPr="004C65BA" w:rsidRDefault="009518D8" w:rsidP="004C65BA">
            <w:pPr>
              <w:jc w:val="center"/>
              <w:rPr>
                <w:rFonts w:ascii="Open Sans" w:hAnsi="Open Sans"/>
              </w:rPr>
            </w:pPr>
            <w:r w:rsidRPr="004C65BA">
              <w:rPr>
                <w:rFonts w:ascii="Open Sans" w:hAnsi="Open Sans"/>
                <w:b/>
                <w:color w:val="FFFFFF"/>
              </w:rPr>
              <w:t>18</w:t>
            </w:r>
          </w:p>
        </w:tc>
        <w:tc>
          <w:tcPr>
            <w:tcW w:w="944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742A50D5" w14:textId="77777777" w:rsidR="0033539E" w:rsidRPr="004C65BA" w:rsidRDefault="009518D8">
            <w:pPr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b/>
                <w:color w:val="002F54"/>
                <w:sz w:val="26"/>
                <w:lang w:val="nl-NL"/>
              </w:rPr>
              <w:t>Wachtwoord wijzigen</w:t>
            </w:r>
          </w:p>
          <w:p w14:paraId="166C0028" w14:textId="77777777" w:rsidR="0033539E" w:rsidRPr="004C65BA" w:rsidRDefault="009518D8">
            <w:pPr>
              <w:spacing w:after="40"/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color w:val="002F54"/>
                <w:lang w:val="nl-NL"/>
              </w:rPr>
              <w:t>Open het tabblad Change Password wanneer u uw huidige wachtwoord preventief wilt vervangen. Gebruik opnieuw een uniek wachtwoord en bewaar dit bij voorkeur in een betrouwbare wachtwoordmanager.</w:t>
            </w:r>
          </w:p>
        </w:tc>
      </w:tr>
    </w:tbl>
    <w:p w14:paraId="0D4C5132" w14:textId="77777777" w:rsidR="0033539E" w:rsidRPr="004C65BA" w:rsidRDefault="0033539E">
      <w:pPr>
        <w:spacing w:after="0"/>
        <w:rPr>
          <w:rFonts w:ascii="Open Sans" w:hAnsi="Open Sans"/>
          <w:color w:val="002F54"/>
          <w:lang w:val="nl-N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33539E" w:rsidRPr="004C65BA" w14:paraId="2A28F7DA" w14:textId="77777777" w:rsidTr="004C65BA">
        <w:trPr>
          <w:jc w:val="center"/>
        </w:trPr>
        <w:tc>
          <w:tcPr>
            <w:tcW w:w="10368" w:type="dxa"/>
            <w:shd w:val="clear" w:color="E6FBFE" w:fill="E6FBFE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3D3A9E1" w14:textId="50923960" w:rsidR="0033539E" w:rsidRPr="004C65BA" w:rsidRDefault="009518D8">
            <w:pPr>
              <w:rPr>
                <w:rFonts w:ascii="Open Sans" w:hAnsi="Open Sans"/>
                <w:color w:val="002F54"/>
                <w:lang w:val="nl-NL"/>
              </w:rPr>
            </w:pPr>
            <w:r w:rsidRPr="004C65BA">
              <w:rPr>
                <w:rFonts w:ascii="Open Sans" w:hAnsi="Open Sans"/>
                <w:b/>
                <w:color w:val="002F54"/>
                <w:lang w:val="nl-NL"/>
              </w:rPr>
              <w:t xml:space="preserve">Ondersteuning:  </w:t>
            </w:r>
            <w:r w:rsidRPr="004C65BA">
              <w:rPr>
                <w:rFonts w:ascii="Open Sans" w:hAnsi="Open Sans"/>
                <w:color w:val="002F54"/>
                <w:lang w:val="nl-NL"/>
              </w:rPr>
              <w:t xml:space="preserve">Neem contact op </w:t>
            </w:r>
            <w:r w:rsidR="00F026A2" w:rsidRPr="004C65BA">
              <w:rPr>
                <w:rFonts w:ascii="Open Sans" w:hAnsi="Open Sans"/>
                <w:color w:val="002F54"/>
                <w:lang w:val="nl-NL"/>
              </w:rPr>
              <w:t>support@mcxess.com</w:t>
            </w:r>
            <w:r w:rsidRPr="004C65BA">
              <w:rPr>
                <w:rFonts w:ascii="Open Sans" w:hAnsi="Open Sans"/>
                <w:color w:val="002F54"/>
                <w:lang w:val="nl-NL"/>
              </w:rPr>
              <w:t xml:space="preserve"> wanneer u geen toegang meer heeft tot </w:t>
            </w:r>
            <w:r w:rsidR="00F026A2" w:rsidRPr="004C65BA">
              <w:rPr>
                <w:rFonts w:ascii="Open Sans" w:hAnsi="Open Sans"/>
                <w:color w:val="002F54"/>
                <w:lang w:val="nl-NL"/>
              </w:rPr>
              <w:t>account.</w:t>
            </w:r>
          </w:p>
        </w:tc>
      </w:tr>
    </w:tbl>
    <w:p w14:paraId="00B93B3E" w14:textId="77777777" w:rsidR="0033539E" w:rsidRPr="004C65BA" w:rsidRDefault="0033539E">
      <w:pPr>
        <w:spacing w:after="0"/>
        <w:rPr>
          <w:rFonts w:ascii="Open Sans" w:hAnsi="Open Sans"/>
          <w:color w:val="002F54"/>
          <w:lang w:val="nl-NL"/>
        </w:rPr>
      </w:pPr>
    </w:p>
    <w:sectPr w:rsidR="0033539E" w:rsidRPr="004C65BA" w:rsidSect="00034616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27D15" w14:textId="77777777" w:rsidR="009518D8" w:rsidRDefault="009518D8">
      <w:pPr>
        <w:spacing w:after="0" w:line="240" w:lineRule="auto"/>
      </w:pPr>
      <w:r>
        <w:separator/>
      </w:r>
    </w:p>
  </w:endnote>
  <w:endnote w:type="continuationSeparator" w:id="0">
    <w:p w14:paraId="08B569C2" w14:textId="77777777" w:rsidR="009518D8" w:rsidRDefault="00951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0A3B0" w14:textId="77777777" w:rsidR="004C65BA" w:rsidRPr="004C65BA" w:rsidRDefault="004C65BA">
    <w:pPr>
      <w:pStyle w:val="Voettekst"/>
      <w:rPr>
        <w:rFonts w:ascii="Open Sans" w:hAnsi="Open Sans" w:cs="Open Sans"/>
        <w:color w:val="002F5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0BDC" w14:textId="77777777" w:rsidR="0033539E" w:rsidRPr="004C65BA" w:rsidRDefault="009518D8">
    <w:pPr>
      <w:pStyle w:val="Voettekst"/>
      <w:jc w:val="center"/>
      <w:rPr>
        <w:rFonts w:ascii="Open Sans" w:hAnsi="Open Sans" w:cs="Open Sans"/>
        <w:color w:val="002F54"/>
      </w:rPr>
    </w:pPr>
    <w:r w:rsidRPr="004C65BA">
      <w:rPr>
        <w:rFonts w:ascii="Open Sans" w:hAnsi="Open Sans" w:cs="Open Sans"/>
        <w:color w:val="002F54"/>
        <w:sz w:val="16"/>
      </w:rPr>
      <w:t xml:space="preserve">MCXess • SSO, 2FA en </w:t>
    </w:r>
    <w:proofErr w:type="spellStart"/>
    <w:r w:rsidRPr="004C65BA">
      <w:rPr>
        <w:rFonts w:ascii="Open Sans" w:hAnsi="Open Sans" w:cs="Open Sans"/>
        <w:color w:val="002F54"/>
        <w:sz w:val="16"/>
      </w:rPr>
      <w:t>accountinstellingen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D3B9D" w14:textId="77777777" w:rsidR="004C65BA" w:rsidRPr="004C65BA" w:rsidRDefault="004C65BA">
    <w:pPr>
      <w:pStyle w:val="Voettekst"/>
      <w:rPr>
        <w:rFonts w:ascii="Open Sans" w:hAnsi="Open Sans" w:cs="Open Sans"/>
        <w:color w:val="002F5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4A935" w14:textId="77777777" w:rsidR="009518D8" w:rsidRDefault="009518D8">
      <w:pPr>
        <w:spacing w:after="0" w:line="240" w:lineRule="auto"/>
      </w:pPr>
      <w:r>
        <w:separator/>
      </w:r>
    </w:p>
  </w:footnote>
  <w:footnote w:type="continuationSeparator" w:id="0">
    <w:p w14:paraId="4E1C39BE" w14:textId="77777777" w:rsidR="009518D8" w:rsidRDefault="00951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33532" w14:textId="77777777" w:rsidR="004C65BA" w:rsidRPr="004C65BA" w:rsidRDefault="004C65BA">
    <w:pPr>
      <w:pStyle w:val="Koptekst"/>
      <w:rPr>
        <w:rFonts w:ascii="Open Sans" w:hAnsi="Open Sans" w:cs="Open Sans"/>
        <w:color w:val="002F5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9D049" w14:textId="77777777" w:rsidR="0033539E" w:rsidRPr="004C65BA" w:rsidRDefault="009518D8">
    <w:pPr>
      <w:pStyle w:val="Koptekst"/>
      <w:jc w:val="right"/>
      <w:rPr>
        <w:rFonts w:ascii="Open Sans" w:hAnsi="Open Sans" w:cs="Open Sans"/>
        <w:color w:val="002F54"/>
      </w:rPr>
    </w:pPr>
    <w:proofErr w:type="gramStart"/>
    <w:r w:rsidRPr="004C65BA">
      <w:rPr>
        <w:rFonts w:ascii="Open Sans" w:hAnsi="Open Sans" w:cs="Open Sans"/>
        <w:b/>
        <w:color w:val="002F54"/>
        <w:sz w:val="17"/>
      </w:rPr>
      <w:t>MCXess  |</w:t>
    </w:r>
    <w:proofErr w:type="gramEnd"/>
    <w:r w:rsidRPr="004C65BA">
      <w:rPr>
        <w:rFonts w:ascii="Open Sans" w:hAnsi="Open Sans" w:cs="Open Sans"/>
        <w:b/>
        <w:color w:val="002F54"/>
        <w:sz w:val="17"/>
      </w:rPr>
      <w:t xml:space="preserve">  Gebruikershandleiding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E18C5" w14:textId="77777777" w:rsidR="004C65BA" w:rsidRPr="004C65BA" w:rsidRDefault="004C65BA">
    <w:pPr>
      <w:pStyle w:val="Koptekst"/>
      <w:rPr>
        <w:rFonts w:ascii="Open Sans" w:hAnsi="Open Sans" w:cs="Open Sans"/>
        <w:color w:val="002F5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3742760">
    <w:abstractNumId w:val="8"/>
  </w:num>
  <w:num w:numId="2" w16cid:durableId="320499523">
    <w:abstractNumId w:val="6"/>
  </w:num>
  <w:num w:numId="3" w16cid:durableId="134492595">
    <w:abstractNumId w:val="5"/>
  </w:num>
  <w:num w:numId="4" w16cid:durableId="1063529548">
    <w:abstractNumId w:val="4"/>
  </w:num>
  <w:num w:numId="5" w16cid:durableId="172456094">
    <w:abstractNumId w:val="7"/>
  </w:num>
  <w:num w:numId="6" w16cid:durableId="1615285681">
    <w:abstractNumId w:val="3"/>
  </w:num>
  <w:num w:numId="7" w16cid:durableId="923077627">
    <w:abstractNumId w:val="2"/>
  </w:num>
  <w:num w:numId="8" w16cid:durableId="859853428">
    <w:abstractNumId w:val="1"/>
  </w:num>
  <w:num w:numId="9" w16cid:durableId="108935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6CE3"/>
    <w:rsid w:val="001041F4"/>
    <w:rsid w:val="0015074B"/>
    <w:rsid w:val="0029639D"/>
    <w:rsid w:val="00326F90"/>
    <w:rsid w:val="0033539E"/>
    <w:rsid w:val="004C65BA"/>
    <w:rsid w:val="00935E09"/>
    <w:rsid w:val="009518D8"/>
    <w:rsid w:val="00AA1D8D"/>
    <w:rsid w:val="00B47730"/>
    <w:rsid w:val="00CB0664"/>
    <w:rsid w:val="00D22A29"/>
    <w:rsid w:val="00F026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B45721"/>
  <w14:defaultImageDpi w14:val="300"/>
  <w15:docId w15:val="{C3972E89-023D-4C05-8456-B3B2CE4D7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Arial" w:eastAsia="Arial" w:hAnsi="Arial"/>
      <w:sz w:val="21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123E58"/>
      <w:sz w:val="36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/>
      <w:b/>
      <w:bCs/>
      <w:color w:val="123E58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123E58"/>
      <w:sz w:val="36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123E58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23E58"/>
      <w:spacing w:val="5"/>
      <w:kern w:val="28"/>
      <w:sz w:val="5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F37D24D-1388-460A-839F-B84F19ED955B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c54f2c72-e20a-421d-9b4e-9ae74d27a6f2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913</Words>
  <Characters>5207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6108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Annelot Veldhuis</cp:lastModifiedBy>
  <cp:revision>2</cp:revision>
  <cp:lastPrinted>2026-08-17T08:51:00Z</cp:lastPrinted>
  <dcterms:created xsi:type="dcterms:W3CDTF">2026-08-17T08:55:00Z</dcterms:created>
  <dcterms:modified xsi:type="dcterms:W3CDTF">2026-08-17T08:55:00Z</dcterms:modified>
  <cp:category/>
</cp:coreProperties>
</file>